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77B8" w14:textId="67D4A5F1" w:rsidR="00676AED" w:rsidRPr="00AD50D9" w:rsidRDefault="00BD29FE" w:rsidP="00DD2464">
      <w:pPr>
        <w:spacing w:after="0" w:line="240" w:lineRule="auto"/>
        <w:jc w:val="center"/>
        <w:rPr>
          <w:lang w:val="ru-RU"/>
        </w:rPr>
      </w:pPr>
      <w:r w:rsidRPr="00AD50D9">
        <w:rPr>
          <w:b/>
          <w:sz w:val="28"/>
          <w:lang w:val="ru-RU"/>
        </w:rPr>
        <w:t>ПРОГРАММ</w:t>
      </w:r>
      <w:r w:rsidR="00D2323F">
        <w:rPr>
          <w:b/>
          <w:sz w:val="28"/>
          <w:lang w:val="ru-RU"/>
        </w:rPr>
        <w:t>А</w:t>
      </w:r>
      <w:r w:rsidRPr="00AD50D9">
        <w:rPr>
          <w:b/>
          <w:sz w:val="28"/>
          <w:lang w:val="ru-RU"/>
        </w:rPr>
        <w:t xml:space="preserve"> СЕМИНАРА-СОВЕЩАНИЯ</w:t>
      </w:r>
    </w:p>
    <w:p w14:paraId="3801D970" w14:textId="31314DC0" w:rsidR="00676AED" w:rsidRPr="00AD50D9" w:rsidRDefault="00000000" w:rsidP="00DD2464">
      <w:pPr>
        <w:spacing w:after="0" w:line="240" w:lineRule="auto"/>
        <w:jc w:val="center"/>
        <w:rPr>
          <w:lang w:val="ru-RU"/>
        </w:rPr>
      </w:pPr>
      <w:r w:rsidRPr="00AD50D9">
        <w:rPr>
          <w:b/>
          <w:sz w:val="26"/>
          <w:lang w:val="ru-RU"/>
        </w:rPr>
        <w:t>«Современные методы и классические при</w:t>
      </w:r>
      <w:r w:rsidR="003E7AD2">
        <w:rPr>
          <w:b/>
          <w:sz w:val="26"/>
          <w:lang w:val="ru-RU"/>
        </w:rPr>
        <w:t>ё</w:t>
      </w:r>
      <w:r w:rsidRPr="00AD50D9">
        <w:rPr>
          <w:b/>
          <w:sz w:val="26"/>
          <w:lang w:val="ru-RU"/>
        </w:rPr>
        <w:t>мы в продвижении чтения</w:t>
      </w:r>
      <w:r w:rsidRPr="00AD50D9">
        <w:rPr>
          <w:b/>
          <w:sz w:val="26"/>
          <w:lang w:val="ru-RU"/>
        </w:rPr>
        <w:br/>
        <w:t>в библиотеках»</w:t>
      </w:r>
    </w:p>
    <w:p w14:paraId="39FF6073" w14:textId="77777777" w:rsidR="00676AED" w:rsidRDefault="00000000" w:rsidP="00DD2464">
      <w:pPr>
        <w:spacing w:after="0" w:line="240" w:lineRule="auto"/>
        <w:jc w:val="center"/>
        <w:rPr>
          <w:b/>
          <w:lang w:val="ru-RU"/>
        </w:rPr>
      </w:pPr>
      <w:r w:rsidRPr="00AD50D9">
        <w:rPr>
          <w:b/>
          <w:lang w:val="ru-RU"/>
        </w:rPr>
        <w:t>7–8 октября 2026 года</w:t>
      </w:r>
    </w:p>
    <w:p w14:paraId="63DBE670" w14:textId="77777777" w:rsidR="00AD50D9" w:rsidRPr="00AD50D9" w:rsidRDefault="00AD50D9" w:rsidP="00DD2464">
      <w:pPr>
        <w:spacing w:after="0" w:line="240" w:lineRule="auto"/>
        <w:jc w:val="center"/>
        <w:rPr>
          <w:lang w:val="ru-RU"/>
        </w:rPr>
      </w:pPr>
    </w:p>
    <w:p w14:paraId="36A3171A" w14:textId="77777777" w:rsidR="003E7AD2" w:rsidRDefault="00000000" w:rsidP="00DD2464">
      <w:pPr>
        <w:spacing w:after="0" w:line="240" w:lineRule="auto"/>
        <w:jc w:val="center"/>
        <w:rPr>
          <w:lang w:val="ru-RU"/>
        </w:rPr>
      </w:pPr>
      <w:r w:rsidRPr="00AD50D9">
        <w:rPr>
          <w:lang w:val="ru-RU"/>
        </w:rPr>
        <w:t xml:space="preserve">Модератор: </w:t>
      </w:r>
      <w:proofErr w:type="spellStart"/>
      <w:r w:rsidRPr="00AD50D9">
        <w:rPr>
          <w:lang w:val="ru-RU"/>
        </w:rPr>
        <w:t>Болсун</w:t>
      </w:r>
      <w:proofErr w:type="spellEnd"/>
      <w:r w:rsidRPr="00AD50D9">
        <w:rPr>
          <w:lang w:val="ru-RU"/>
        </w:rPr>
        <w:t xml:space="preserve"> Линда Константиновна,</w:t>
      </w:r>
      <w:r w:rsidRPr="00AD50D9">
        <w:rPr>
          <w:lang w:val="ru-RU"/>
        </w:rPr>
        <w:br/>
        <w:t>заведующий информационно-аналитическим отделом Ц</w:t>
      </w:r>
      <w:r w:rsidR="003E7AD2">
        <w:rPr>
          <w:lang w:val="ru-RU"/>
        </w:rPr>
        <w:t xml:space="preserve">ентральной районной библиотеки </w:t>
      </w:r>
    </w:p>
    <w:p w14:paraId="1523EF8D" w14:textId="0E719663" w:rsidR="00676AED" w:rsidRDefault="00000000" w:rsidP="00DD2464">
      <w:pPr>
        <w:spacing w:after="0" w:line="240" w:lineRule="auto"/>
        <w:jc w:val="center"/>
        <w:rPr>
          <w:lang w:val="ru-RU"/>
        </w:rPr>
      </w:pPr>
      <w:r w:rsidRPr="00AD50D9">
        <w:rPr>
          <w:lang w:val="ru-RU"/>
        </w:rPr>
        <w:t>им. Г. А. Пирожникова</w:t>
      </w:r>
    </w:p>
    <w:p w14:paraId="3937D0BF" w14:textId="77777777" w:rsidR="00AD50D9" w:rsidRPr="00AD50D9" w:rsidRDefault="00AD50D9" w:rsidP="00DD2464">
      <w:pPr>
        <w:spacing w:after="0" w:line="240" w:lineRule="auto"/>
        <w:jc w:val="center"/>
        <w:rPr>
          <w:lang w:val="ru-RU"/>
        </w:rPr>
      </w:pPr>
    </w:p>
    <w:p w14:paraId="6E008AC8" w14:textId="1D701160" w:rsidR="00676AED" w:rsidRDefault="00AD50D9" w:rsidP="00DD2464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>Место проведения</w:t>
      </w:r>
      <w:r w:rsidRPr="00AD50D9">
        <w:rPr>
          <w:lang w:val="ru-RU"/>
        </w:rPr>
        <w:t>: Белоярская библиотека им. Г. Г. Кушникова</w:t>
      </w:r>
      <w:r w:rsidRPr="00AD50D9">
        <w:rPr>
          <w:lang w:val="ru-RU"/>
        </w:rPr>
        <w:br/>
        <w:t xml:space="preserve">(г. п. Белый Яр, ул. </w:t>
      </w:r>
      <w:r w:rsidRPr="00DD2464">
        <w:rPr>
          <w:lang w:val="ru-RU"/>
        </w:rPr>
        <w:t>Лесная, 9/2, конференц-зал, 1 этаж)</w:t>
      </w:r>
    </w:p>
    <w:p w14:paraId="686181C2" w14:textId="77777777" w:rsidR="00AD50D9" w:rsidRPr="00AD50D9" w:rsidRDefault="00AD50D9" w:rsidP="00DD2464">
      <w:pPr>
        <w:spacing w:after="0" w:line="240" w:lineRule="auto"/>
        <w:jc w:val="center"/>
        <w:rPr>
          <w:lang w:val="ru-RU"/>
        </w:rPr>
      </w:pPr>
    </w:p>
    <w:p w14:paraId="7CE69C2C" w14:textId="3CF1D688" w:rsidR="00AD50D9" w:rsidRDefault="00AD50D9" w:rsidP="00DD2464">
      <w:pPr>
        <w:spacing w:after="0" w:line="240" w:lineRule="auto"/>
        <w:jc w:val="center"/>
        <w:rPr>
          <w:b/>
          <w:sz w:val="26"/>
          <w:lang w:val="ru-RU"/>
        </w:rPr>
      </w:pPr>
      <w:r w:rsidRPr="00AD50D9">
        <w:rPr>
          <w:b/>
          <w:sz w:val="26"/>
          <w:lang w:val="ru-RU"/>
        </w:rPr>
        <w:t>7 октября</w:t>
      </w:r>
      <w:r w:rsidR="003E7AD2">
        <w:rPr>
          <w:b/>
          <w:sz w:val="26"/>
          <w:lang w:val="ru-RU"/>
        </w:rPr>
        <w:t xml:space="preserve"> (среда)</w:t>
      </w:r>
      <w:r w:rsidRPr="00AD50D9">
        <w:rPr>
          <w:b/>
          <w:sz w:val="26"/>
          <w:lang w:val="ru-RU"/>
        </w:rPr>
        <w:t>. «Библиотека: новые смыслы и инструменты»</w:t>
      </w:r>
    </w:p>
    <w:p w14:paraId="7B5BAD12" w14:textId="77777777" w:rsidR="003E7AD2" w:rsidRDefault="003E7AD2" w:rsidP="00DD2464">
      <w:pPr>
        <w:spacing w:after="0" w:line="240" w:lineRule="auto"/>
        <w:jc w:val="center"/>
        <w:rPr>
          <w:b/>
          <w:sz w:val="26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8545"/>
      </w:tblGrid>
      <w:tr w:rsidR="00676AED" w14:paraId="7F1214B9" w14:textId="77777777" w:rsidTr="00957EC4">
        <w:trPr>
          <w:jc w:val="center"/>
        </w:trPr>
        <w:tc>
          <w:tcPr>
            <w:tcW w:w="1417" w:type="dxa"/>
            <w:vAlign w:val="center"/>
          </w:tcPr>
          <w:p w14:paraId="25D91744" w14:textId="77777777" w:rsidR="00676AED" w:rsidRDefault="00000000" w:rsidP="00DD2464">
            <w:proofErr w:type="spellStart"/>
            <w:r>
              <w:rPr>
                <w:b/>
              </w:rPr>
              <w:t>Время</w:t>
            </w:r>
            <w:proofErr w:type="spellEnd"/>
          </w:p>
        </w:tc>
        <w:tc>
          <w:tcPr>
            <w:tcW w:w="8545" w:type="dxa"/>
            <w:vAlign w:val="center"/>
          </w:tcPr>
          <w:p w14:paraId="145E41E1" w14:textId="77777777" w:rsidR="00676AED" w:rsidRDefault="00000000" w:rsidP="00DD2464">
            <w:proofErr w:type="spellStart"/>
            <w:r>
              <w:rPr>
                <w:b/>
              </w:rPr>
              <w:t>Мероприятие</w:t>
            </w:r>
            <w:proofErr w:type="spellEnd"/>
          </w:p>
        </w:tc>
      </w:tr>
      <w:tr w:rsidR="00957EC4" w:rsidRPr="003E7AD2" w14:paraId="011BB1EE" w14:textId="77777777" w:rsidTr="00957EC4">
        <w:trPr>
          <w:jc w:val="center"/>
        </w:trPr>
        <w:tc>
          <w:tcPr>
            <w:tcW w:w="1417" w:type="dxa"/>
            <w:vAlign w:val="center"/>
          </w:tcPr>
          <w:p w14:paraId="346F029E" w14:textId="4C0B2356" w:rsidR="00957EC4" w:rsidRPr="005B686D" w:rsidRDefault="00957EC4" w:rsidP="00DD2464">
            <w:pPr>
              <w:rPr>
                <w:bCs/>
              </w:rPr>
            </w:pPr>
            <w:r w:rsidRPr="005B686D">
              <w:rPr>
                <w:bCs/>
                <w:lang w:val="ru-RU"/>
              </w:rPr>
              <w:t>09:</w:t>
            </w:r>
            <w:r w:rsidR="00504F44">
              <w:rPr>
                <w:bCs/>
                <w:lang w:val="ru-RU"/>
              </w:rPr>
              <w:t>0</w:t>
            </w:r>
            <w:r w:rsidRPr="005B686D">
              <w:rPr>
                <w:bCs/>
                <w:lang w:val="ru-RU"/>
              </w:rPr>
              <w:t>0</w:t>
            </w:r>
          </w:p>
        </w:tc>
        <w:tc>
          <w:tcPr>
            <w:tcW w:w="8545" w:type="dxa"/>
            <w:vAlign w:val="center"/>
          </w:tcPr>
          <w:p w14:paraId="3CBB3459" w14:textId="710EB0D9" w:rsidR="00957EC4" w:rsidRDefault="00957EC4" w:rsidP="00957EC4">
            <w:pPr>
              <w:rPr>
                <w:lang w:val="ru-RU"/>
              </w:rPr>
            </w:pPr>
            <w:r>
              <w:rPr>
                <w:lang w:val="ru-RU"/>
              </w:rPr>
              <w:t>Трансфер до Белоярской библиотеки им. Г. Г. Кушникова</w:t>
            </w:r>
          </w:p>
          <w:p w14:paraId="079807D7" w14:textId="77777777" w:rsidR="00957EC4" w:rsidRDefault="00957EC4" w:rsidP="00957EC4">
            <w:pPr>
              <w:rPr>
                <w:b/>
                <w:szCs w:val="28"/>
                <w:lang w:val="ru-RU"/>
              </w:rPr>
            </w:pPr>
          </w:p>
          <w:p w14:paraId="7CBA51E2" w14:textId="74D4178A" w:rsidR="00957EC4" w:rsidRPr="00957EC4" w:rsidRDefault="00957EC4" w:rsidP="00957EC4">
            <w:pPr>
              <w:rPr>
                <w:szCs w:val="28"/>
                <w:lang w:val="ru-RU"/>
              </w:rPr>
            </w:pPr>
            <w:r w:rsidRPr="00957EC4">
              <w:rPr>
                <w:b/>
                <w:szCs w:val="28"/>
                <w:lang w:val="ru-RU"/>
              </w:rPr>
              <w:t>Место отправления:</w:t>
            </w:r>
            <w:r w:rsidRPr="00957EC4">
              <w:rPr>
                <w:szCs w:val="28"/>
                <w:lang w:val="ru-RU"/>
              </w:rPr>
              <w:t xml:space="preserve"> </w:t>
            </w:r>
          </w:p>
          <w:p w14:paraId="68786BDF" w14:textId="77777777" w:rsidR="003E7AD2" w:rsidRDefault="00957EC4" w:rsidP="00DD2464">
            <w:pPr>
              <w:rPr>
                <w:szCs w:val="28"/>
                <w:lang w:val="ru-RU"/>
              </w:rPr>
            </w:pPr>
            <w:r w:rsidRPr="00957EC4">
              <w:rPr>
                <w:szCs w:val="28"/>
                <w:lang w:val="ru-RU"/>
              </w:rPr>
              <w:t>Ц</w:t>
            </w:r>
            <w:r w:rsidR="003E7AD2">
              <w:rPr>
                <w:szCs w:val="28"/>
                <w:lang w:val="ru-RU"/>
              </w:rPr>
              <w:t xml:space="preserve">ентральная районная библиотека </w:t>
            </w:r>
            <w:r w:rsidRPr="00957EC4">
              <w:rPr>
                <w:szCs w:val="28"/>
                <w:lang w:val="ru-RU"/>
              </w:rPr>
              <w:t xml:space="preserve">им. Г. А. Пирожникова, </w:t>
            </w:r>
          </w:p>
          <w:p w14:paraId="21C441C4" w14:textId="1F5A5B97" w:rsidR="00957EC4" w:rsidRPr="003E7AD2" w:rsidRDefault="00957EC4" w:rsidP="00DD2464">
            <w:pPr>
              <w:rPr>
                <w:szCs w:val="28"/>
                <w:lang w:val="ru-RU"/>
              </w:rPr>
            </w:pPr>
            <w:r w:rsidRPr="00957EC4">
              <w:rPr>
                <w:szCs w:val="28"/>
                <w:lang w:val="ru-RU"/>
              </w:rPr>
              <w:t xml:space="preserve">г. Сургут, пр. </w:t>
            </w:r>
            <w:r w:rsidRPr="003E7AD2">
              <w:rPr>
                <w:szCs w:val="28"/>
                <w:lang w:val="ru-RU"/>
              </w:rPr>
              <w:t>Пролетарский,</w:t>
            </w:r>
            <w:r w:rsidR="005B686D">
              <w:rPr>
                <w:szCs w:val="28"/>
                <w:lang w:val="ru-RU"/>
              </w:rPr>
              <w:t xml:space="preserve"> </w:t>
            </w:r>
            <w:r w:rsidRPr="003E7AD2">
              <w:rPr>
                <w:szCs w:val="28"/>
                <w:lang w:val="ru-RU"/>
              </w:rPr>
              <w:t>10/3, (от остановки «Геологическая»)</w:t>
            </w:r>
          </w:p>
        </w:tc>
      </w:tr>
      <w:tr w:rsidR="00676AED" w:rsidRPr="00890069" w14:paraId="68128E7B" w14:textId="77777777" w:rsidTr="00957EC4">
        <w:trPr>
          <w:jc w:val="center"/>
        </w:trPr>
        <w:tc>
          <w:tcPr>
            <w:tcW w:w="1417" w:type="dxa"/>
            <w:vAlign w:val="center"/>
          </w:tcPr>
          <w:p w14:paraId="73B2020D" w14:textId="77777777" w:rsidR="00676AED" w:rsidRDefault="00000000" w:rsidP="00DD2464">
            <w:r>
              <w:t>09:30–10:00</w:t>
            </w:r>
          </w:p>
        </w:tc>
        <w:tc>
          <w:tcPr>
            <w:tcW w:w="8545" w:type="dxa"/>
            <w:vAlign w:val="center"/>
          </w:tcPr>
          <w:p w14:paraId="0F05AEE0" w14:textId="0D9025AF" w:rsidR="00676AED" w:rsidRPr="00AD50D9" w:rsidRDefault="00000000" w:rsidP="00DD2464">
            <w:pPr>
              <w:rPr>
                <w:lang w:val="ru-RU"/>
              </w:rPr>
            </w:pPr>
            <w:r w:rsidRPr="00AD50D9">
              <w:rPr>
                <w:lang w:val="ru-RU"/>
              </w:rPr>
              <w:t>Регистрация участников</w:t>
            </w:r>
          </w:p>
        </w:tc>
      </w:tr>
      <w:tr w:rsidR="00676AED" w:rsidRPr="003E7AD2" w14:paraId="284C06FC" w14:textId="77777777" w:rsidTr="00957EC4">
        <w:trPr>
          <w:jc w:val="center"/>
        </w:trPr>
        <w:tc>
          <w:tcPr>
            <w:tcW w:w="1417" w:type="dxa"/>
            <w:vAlign w:val="center"/>
          </w:tcPr>
          <w:p w14:paraId="2AF0ECFC" w14:textId="21C2E60B" w:rsidR="00676AED" w:rsidRPr="00E40B80" w:rsidRDefault="00000000" w:rsidP="00DD2464">
            <w:pPr>
              <w:rPr>
                <w:lang w:val="ru-RU"/>
              </w:rPr>
            </w:pPr>
            <w:r w:rsidRPr="00E40B80">
              <w:t>10:00–10:</w:t>
            </w:r>
            <w:r w:rsidR="00101225" w:rsidRPr="00E40B80">
              <w:rPr>
                <w:lang w:val="ru-RU"/>
              </w:rPr>
              <w:t>30</w:t>
            </w:r>
          </w:p>
        </w:tc>
        <w:tc>
          <w:tcPr>
            <w:tcW w:w="8545" w:type="dxa"/>
            <w:vAlign w:val="center"/>
          </w:tcPr>
          <w:p w14:paraId="77C05363" w14:textId="2212676E" w:rsidR="00676AED" w:rsidRPr="00E40B80" w:rsidRDefault="00101225" w:rsidP="00DD2464">
            <w:pPr>
              <w:rPr>
                <w:lang w:val="ru-RU"/>
              </w:rPr>
            </w:pPr>
            <w:r w:rsidRPr="00E40B80">
              <w:rPr>
                <w:lang w:val="ru-RU"/>
              </w:rPr>
              <w:t>Экскурсия</w:t>
            </w:r>
            <w:r w:rsidR="003E7AD2">
              <w:rPr>
                <w:lang w:val="ru-RU"/>
              </w:rPr>
              <w:t xml:space="preserve"> по Белоярской библиотеке им. Г. Г. Кушникова, по Белоярской детской библиотеке им. С. В. Михалкова</w:t>
            </w:r>
            <w:r w:rsidRPr="00E40B80">
              <w:rPr>
                <w:lang w:val="ru-RU"/>
              </w:rPr>
              <w:t xml:space="preserve"> </w:t>
            </w:r>
            <w:r w:rsidR="003E7AD2">
              <w:rPr>
                <w:lang w:val="ru-RU"/>
              </w:rPr>
              <w:t xml:space="preserve"> </w:t>
            </w:r>
          </w:p>
        </w:tc>
      </w:tr>
      <w:tr w:rsidR="00101225" w:rsidRPr="003E7AD2" w14:paraId="5C9B5C03" w14:textId="77777777" w:rsidTr="00957EC4">
        <w:trPr>
          <w:jc w:val="center"/>
        </w:trPr>
        <w:tc>
          <w:tcPr>
            <w:tcW w:w="1417" w:type="dxa"/>
            <w:vAlign w:val="center"/>
          </w:tcPr>
          <w:p w14:paraId="064E1F50" w14:textId="0B06E55F" w:rsidR="00101225" w:rsidRPr="00E40B80" w:rsidRDefault="00101225" w:rsidP="00101225">
            <w:r w:rsidRPr="00E40B80">
              <w:t>10:</w:t>
            </w:r>
            <w:r w:rsidRPr="00E40B80">
              <w:rPr>
                <w:lang w:val="ru-RU"/>
              </w:rPr>
              <w:t>3</w:t>
            </w:r>
            <w:r w:rsidRPr="00E40B80">
              <w:t>0–10:</w:t>
            </w:r>
            <w:r w:rsidRPr="00E40B80">
              <w:rPr>
                <w:lang w:val="ru-RU"/>
              </w:rPr>
              <w:t>35</w:t>
            </w:r>
          </w:p>
        </w:tc>
        <w:tc>
          <w:tcPr>
            <w:tcW w:w="8545" w:type="dxa"/>
            <w:vAlign w:val="center"/>
          </w:tcPr>
          <w:p w14:paraId="7E13E73F" w14:textId="4B3D2D39" w:rsidR="00101225" w:rsidRPr="00E40B80" w:rsidRDefault="00101225" w:rsidP="00101225">
            <w:pPr>
              <w:rPr>
                <w:lang w:val="ru-RU"/>
              </w:rPr>
            </w:pPr>
            <w:r w:rsidRPr="00E40B80">
              <w:rPr>
                <w:lang w:val="ru-RU"/>
              </w:rPr>
              <w:t>Приветственное слово. Открытие семинара-совещания</w:t>
            </w:r>
          </w:p>
        </w:tc>
      </w:tr>
      <w:tr w:rsidR="002D1D71" w:rsidRPr="003E7AD2" w14:paraId="482A143B" w14:textId="77777777" w:rsidTr="00957EC4">
        <w:trPr>
          <w:jc w:val="center"/>
        </w:trPr>
        <w:tc>
          <w:tcPr>
            <w:tcW w:w="1417" w:type="dxa"/>
            <w:vAlign w:val="center"/>
          </w:tcPr>
          <w:p w14:paraId="7C2B61F6" w14:textId="74435267" w:rsidR="002D1D71" w:rsidRPr="002D1D71" w:rsidRDefault="002D1D71" w:rsidP="00101225">
            <w:pPr>
              <w:rPr>
                <w:lang w:val="ru-RU"/>
              </w:rPr>
            </w:pPr>
            <w:r w:rsidRPr="00E40B80">
              <w:t>10:</w:t>
            </w:r>
            <w:r w:rsidRPr="00E40B80">
              <w:rPr>
                <w:lang w:val="ru-RU"/>
              </w:rPr>
              <w:t>3</w:t>
            </w:r>
            <w:r>
              <w:rPr>
                <w:lang w:val="ru-RU"/>
              </w:rPr>
              <w:t>5</w:t>
            </w:r>
            <w:r w:rsidRPr="00E40B80">
              <w:t>–10:</w:t>
            </w:r>
            <w:r>
              <w:rPr>
                <w:lang w:val="ru-RU"/>
              </w:rPr>
              <w:t>55</w:t>
            </w:r>
          </w:p>
        </w:tc>
        <w:tc>
          <w:tcPr>
            <w:tcW w:w="8545" w:type="dxa"/>
            <w:vAlign w:val="center"/>
          </w:tcPr>
          <w:p w14:paraId="31D6972E" w14:textId="2CD7FADE" w:rsidR="002D1D71" w:rsidRDefault="00FA1636" w:rsidP="002D1D71">
            <w:pPr>
              <w:rPr>
                <w:lang w:val="ru-RU"/>
              </w:rPr>
            </w:pPr>
            <w:r>
              <w:rPr>
                <w:lang w:val="ru-RU"/>
              </w:rPr>
              <w:t>Проект по чтению и взаимодействие с читателями: о</w:t>
            </w:r>
            <w:r w:rsidRPr="00E40B80">
              <w:rPr>
                <w:lang w:val="ru-RU"/>
              </w:rPr>
              <w:t>пыт</w:t>
            </w:r>
            <w:r w:rsidR="002D1D71" w:rsidRPr="00E40B80">
              <w:rPr>
                <w:lang w:val="ru-RU"/>
              </w:rPr>
              <w:t xml:space="preserve"> работы Самарской библиотеки</w:t>
            </w:r>
          </w:p>
          <w:p w14:paraId="7E4104B5" w14:textId="77777777" w:rsidR="00FA1636" w:rsidRPr="00E40B80" w:rsidRDefault="00FA1636" w:rsidP="002D1D71">
            <w:pPr>
              <w:rPr>
                <w:lang w:val="ru-RU"/>
              </w:rPr>
            </w:pPr>
          </w:p>
          <w:p w14:paraId="10729FB3" w14:textId="6F8DFF76" w:rsidR="002D1D71" w:rsidRPr="00D2323F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D2323F">
              <w:rPr>
                <w:i/>
                <w:iCs/>
                <w:lang w:val="ru-RU"/>
              </w:rPr>
              <w:t xml:space="preserve">Елена </w:t>
            </w:r>
            <w:proofErr w:type="spellStart"/>
            <w:r w:rsidR="00DB58B3" w:rsidRPr="00D2323F">
              <w:rPr>
                <w:i/>
                <w:iCs/>
                <w:lang w:val="ru-RU"/>
              </w:rPr>
              <w:t>Петрякина</w:t>
            </w:r>
            <w:proofErr w:type="spellEnd"/>
            <w:r w:rsidR="00D2323F" w:rsidRPr="00D2323F">
              <w:rPr>
                <w:i/>
                <w:iCs/>
                <w:lang w:val="ru-RU"/>
              </w:rPr>
              <w:t>,</w:t>
            </w:r>
          </w:p>
          <w:p w14:paraId="0B4E2CE7" w14:textId="77777777" w:rsidR="00D2323F" w:rsidRPr="00D2323F" w:rsidRDefault="00D2323F" w:rsidP="002D1D71">
            <w:pPr>
              <w:jc w:val="right"/>
              <w:rPr>
                <w:i/>
                <w:iCs/>
                <w:lang w:val="ru-RU"/>
              </w:rPr>
            </w:pPr>
            <w:r w:rsidRPr="00D2323F">
              <w:rPr>
                <w:i/>
                <w:iCs/>
                <w:lang w:val="ru-RU"/>
              </w:rPr>
              <w:t xml:space="preserve">библиотекарь 1 категории </w:t>
            </w:r>
          </w:p>
          <w:p w14:paraId="6B519752" w14:textId="77777777" w:rsidR="00D2323F" w:rsidRPr="00D2323F" w:rsidRDefault="00D2323F" w:rsidP="002D1D71">
            <w:pPr>
              <w:jc w:val="right"/>
              <w:rPr>
                <w:i/>
                <w:iCs/>
                <w:lang w:val="ru-RU"/>
              </w:rPr>
            </w:pPr>
            <w:r w:rsidRPr="00D2323F">
              <w:rPr>
                <w:i/>
                <w:iCs/>
                <w:lang w:val="ru-RU"/>
              </w:rPr>
              <w:t xml:space="preserve">Городской детской библиотеки МБУК «ЦБС» </w:t>
            </w:r>
          </w:p>
          <w:p w14:paraId="12CCDB4B" w14:textId="77777777" w:rsidR="00D2323F" w:rsidRPr="00D2323F" w:rsidRDefault="00D2323F" w:rsidP="002D1D71">
            <w:pPr>
              <w:jc w:val="right"/>
              <w:rPr>
                <w:i/>
                <w:iCs/>
                <w:lang w:val="ru-RU"/>
              </w:rPr>
            </w:pPr>
            <w:r w:rsidRPr="00D2323F">
              <w:rPr>
                <w:i/>
                <w:iCs/>
                <w:lang w:val="ru-RU"/>
              </w:rPr>
              <w:t>г. о. Отрадный, Самарской области</w:t>
            </w:r>
          </w:p>
          <w:p w14:paraId="275A242A" w14:textId="36D6F551" w:rsidR="00D2323F" w:rsidRPr="00D2323F" w:rsidRDefault="00D2323F" w:rsidP="00D2323F">
            <w:pPr>
              <w:jc w:val="right"/>
              <w:rPr>
                <w:i/>
                <w:iCs/>
                <w:color w:val="000000"/>
                <w:shd w:val="clear" w:color="auto" w:fill="FFFFFF"/>
                <w:lang w:val="ru-RU"/>
              </w:rPr>
            </w:pPr>
            <w:r w:rsidRPr="00A655EA">
              <w:rPr>
                <w:i/>
                <w:iCs/>
                <w:color w:val="000000"/>
                <w:shd w:val="clear" w:color="auto" w:fill="FFFFFF"/>
                <w:lang w:val="ru-RU"/>
              </w:rPr>
              <w:t>(</w:t>
            </w:r>
            <w:r w:rsidRPr="00D2323F">
              <w:rPr>
                <w:i/>
                <w:iCs/>
                <w:color w:val="000000"/>
                <w:shd w:val="clear" w:color="auto" w:fill="FFFFFF"/>
                <w:lang w:val="ru-RU"/>
              </w:rPr>
              <w:t>онлайн)</w:t>
            </w:r>
          </w:p>
        </w:tc>
      </w:tr>
      <w:tr w:rsidR="002D1D71" w:rsidRPr="003E7AD2" w14:paraId="4F39F79C" w14:textId="77777777" w:rsidTr="00957EC4">
        <w:trPr>
          <w:jc w:val="center"/>
        </w:trPr>
        <w:tc>
          <w:tcPr>
            <w:tcW w:w="1417" w:type="dxa"/>
            <w:vAlign w:val="center"/>
          </w:tcPr>
          <w:p w14:paraId="79506237" w14:textId="00237C8D" w:rsidR="002D1D71" w:rsidRPr="00E40B80" w:rsidRDefault="002D1D71" w:rsidP="00101225">
            <w:r w:rsidRPr="00E40B80">
              <w:t>10:</w:t>
            </w:r>
            <w:r w:rsidR="00FA1636">
              <w:rPr>
                <w:lang w:val="ru-RU"/>
              </w:rPr>
              <w:t>5</w:t>
            </w:r>
            <w:r>
              <w:rPr>
                <w:lang w:val="ru-RU"/>
              </w:rPr>
              <w:t>5</w:t>
            </w:r>
            <w:r w:rsidRPr="00E40B80">
              <w:t>–1</w:t>
            </w:r>
            <w:r w:rsidR="00FA1636">
              <w:rPr>
                <w:lang w:val="ru-RU"/>
              </w:rPr>
              <w:t>1</w:t>
            </w:r>
            <w:r w:rsidRPr="00E40B80">
              <w:t>:</w:t>
            </w:r>
            <w:r w:rsidR="007B326C">
              <w:rPr>
                <w:lang w:val="ru-RU"/>
              </w:rPr>
              <w:t>30</w:t>
            </w:r>
          </w:p>
        </w:tc>
        <w:tc>
          <w:tcPr>
            <w:tcW w:w="8545" w:type="dxa"/>
            <w:vAlign w:val="center"/>
          </w:tcPr>
          <w:p w14:paraId="44F67DD5" w14:textId="280EDD83" w:rsidR="00FA1636" w:rsidRDefault="007B326C" w:rsidP="00FA1636">
            <w:pPr>
              <w:rPr>
                <w:lang w:val="ru-RU"/>
              </w:rPr>
            </w:pPr>
            <w:r>
              <w:rPr>
                <w:lang w:val="ru-RU"/>
              </w:rPr>
              <w:t>Книжный гид: формируем фонд вместе</w:t>
            </w:r>
          </w:p>
          <w:p w14:paraId="0378FFBC" w14:textId="77777777" w:rsidR="00FA1636" w:rsidRDefault="00FA1636" w:rsidP="00FA1636">
            <w:pPr>
              <w:rPr>
                <w:lang w:val="ru-RU"/>
              </w:rPr>
            </w:pPr>
          </w:p>
          <w:p w14:paraId="060821C8" w14:textId="77777777" w:rsidR="00FA1636" w:rsidRPr="007B326C" w:rsidRDefault="007B326C" w:rsidP="00FA1636">
            <w:pPr>
              <w:jc w:val="right"/>
              <w:rPr>
                <w:i/>
                <w:iCs/>
                <w:lang w:val="ru-RU"/>
              </w:rPr>
            </w:pPr>
            <w:r w:rsidRPr="007B326C">
              <w:rPr>
                <w:i/>
                <w:iCs/>
                <w:lang w:val="ru-RU"/>
              </w:rPr>
              <w:t>Отдел формирования фондов,</w:t>
            </w:r>
          </w:p>
          <w:p w14:paraId="2D588DA9" w14:textId="1A7F7838" w:rsidR="007B326C" w:rsidRDefault="006D4C4D" w:rsidP="009302CE">
            <w:pPr>
              <w:jc w:val="right"/>
              <w:rPr>
                <w:i/>
                <w:iCs/>
                <w:lang w:val="ru-RU"/>
              </w:rPr>
            </w:pPr>
            <w:proofErr w:type="spellStart"/>
            <w:r w:rsidRPr="007B326C">
              <w:rPr>
                <w:i/>
                <w:iCs/>
                <w:lang w:val="ru-RU"/>
              </w:rPr>
              <w:t>Угутская</w:t>
            </w:r>
            <w:proofErr w:type="spellEnd"/>
            <w:r w:rsidRPr="007B326C">
              <w:rPr>
                <w:i/>
                <w:iCs/>
                <w:lang w:val="ru-RU"/>
              </w:rPr>
              <w:t xml:space="preserve"> библиотека им. Е. А. Эсауловой</w:t>
            </w:r>
            <w:r w:rsidR="007B326C" w:rsidRPr="007B326C">
              <w:rPr>
                <w:i/>
                <w:iCs/>
                <w:lang w:val="ru-RU"/>
              </w:rPr>
              <w:t>,</w:t>
            </w:r>
          </w:p>
          <w:p w14:paraId="0828B7B8" w14:textId="3716B8C9" w:rsidR="009302CE" w:rsidRDefault="009302CE" w:rsidP="009302CE">
            <w:pPr>
              <w:jc w:val="righ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Солнечная модельная библиотека</w:t>
            </w:r>
            <w:r w:rsidR="003E7AD2">
              <w:rPr>
                <w:i/>
                <w:iCs/>
                <w:lang w:val="ru-RU"/>
              </w:rPr>
              <w:t>,</w:t>
            </w:r>
          </w:p>
          <w:p w14:paraId="1BD4D69D" w14:textId="3BA13CC7" w:rsidR="006D4C4D" w:rsidRPr="006D4C4D" w:rsidRDefault="009302CE" w:rsidP="006D4C4D">
            <w:pPr>
              <w:jc w:val="right"/>
              <w:rPr>
                <w:i/>
                <w:iCs/>
                <w:lang w:val="ru-RU"/>
              </w:rPr>
            </w:pPr>
            <w:proofErr w:type="spellStart"/>
            <w:r>
              <w:rPr>
                <w:i/>
                <w:iCs/>
                <w:lang w:val="ru-RU"/>
              </w:rPr>
              <w:t>Сайгатинская</w:t>
            </w:r>
            <w:proofErr w:type="spellEnd"/>
            <w:r w:rsidR="006D4C4D">
              <w:rPr>
                <w:i/>
                <w:iCs/>
                <w:lang w:val="ru-RU"/>
              </w:rPr>
              <w:t xml:space="preserve"> библиотека</w:t>
            </w:r>
          </w:p>
        </w:tc>
      </w:tr>
      <w:tr w:rsidR="002D1D71" w:rsidRPr="00E40B80" w14:paraId="37839956" w14:textId="77777777" w:rsidTr="00B25528">
        <w:trPr>
          <w:jc w:val="center"/>
        </w:trPr>
        <w:tc>
          <w:tcPr>
            <w:tcW w:w="1417" w:type="dxa"/>
            <w:vAlign w:val="center"/>
          </w:tcPr>
          <w:p w14:paraId="3B519C4A" w14:textId="5D35BC85" w:rsidR="002D1D71" w:rsidRPr="00E40B80" w:rsidRDefault="00FA1636" w:rsidP="002D1D71">
            <w:r w:rsidRPr="00E40B80">
              <w:t>1</w:t>
            </w:r>
            <w:r>
              <w:rPr>
                <w:lang w:val="ru-RU"/>
              </w:rPr>
              <w:t>1</w:t>
            </w:r>
            <w:r w:rsidRPr="00E40B80">
              <w:t>:</w:t>
            </w:r>
            <w:r>
              <w:rPr>
                <w:lang w:val="ru-RU"/>
              </w:rPr>
              <w:t>30</w:t>
            </w:r>
            <w:r w:rsidRPr="00E40B80">
              <w:t>–1</w:t>
            </w:r>
            <w:r w:rsidR="006D4C4D">
              <w:rPr>
                <w:lang w:val="ru-RU"/>
              </w:rPr>
              <w:t>1</w:t>
            </w:r>
            <w:r w:rsidRPr="00E40B80">
              <w:t>:</w:t>
            </w:r>
            <w:r>
              <w:rPr>
                <w:lang w:val="ru-RU"/>
              </w:rPr>
              <w:t>50</w:t>
            </w:r>
          </w:p>
        </w:tc>
        <w:tc>
          <w:tcPr>
            <w:tcW w:w="8545" w:type="dxa"/>
          </w:tcPr>
          <w:p w14:paraId="2E87BD4B" w14:textId="20BF80CC" w:rsidR="002D1D71" w:rsidRPr="00A655EA" w:rsidRDefault="002D1D71" w:rsidP="002D1D71">
            <w:pPr>
              <w:rPr>
                <w:lang w:val="ru-RU"/>
              </w:rPr>
            </w:pPr>
            <w:r w:rsidRPr="00A655EA">
              <w:rPr>
                <w:lang w:val="ru-RU"/>
              </w:rPr>
              <w:t xml:space="preserve">Библиотека как драйвер семейного </w:t>
            </w:r>
            <w:r w:rsidR="00FA1636" w:rsidRPr="00A655EA">
              <w:rPr>
                <w:lang w:val="ru-RU"/>
              </w:rPr>
              <w:t>чтения</w:t>
            </w:r>
            <w:r w:rsidRPr="00A655EA">
              <w:rPr>
                <w:lang w:val="ru-RU"/>
              </w:rPr>
              <w:t>: практики библиотечно-культурного центра «Батискаф</w:t>
            </w:r>
            <w:r w:rsidR="00C504CA">
              <w:rPr>
                <w:lang w:val="ru-RU"/>
              </w:rPr>
              <w:t>»</w:t>
            </w:r>
          </w:p>
          <w:p w14:paraId="2875AD0E" w14:textId="77777777" w:rsidR="002D1D71" w:rsidRPr="00A655EA" w:rsidRDefault="002D1D71" w:rsidP="002D1D71">
            <w:pPr>
              <w:rPr>
                <w:lang w:val="ru-RU"/>
              </w:rPr>
            </w:pPr>
          </w:p>
          <w:p w14:paraId="457CBE83" w14:textId="77777777" w:rsidR="002D1D71" w:rsidRPr="00A655EA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A655EA">
              <w:rPr>
                <w:i/>
                <w:iCs/>
                <w:lang w:val="ru-RU"/>
              </w:rPr>
              <w:t xml:space="preserve">Анна </w:t>
            </w:r>
            <w:proofErr w:type="spellStart"/>
            <w:r w:rsidRPr="00A655EA">
              <w:rPr>
                <w:i/>
                <w:iCs/>
                <w:lang w:val="ru-RU"/>
              </w:rPr>
              <w:t>Восканьян</w:t>
            </w:r>
            <w:proofErr w:type="spellEnd"/>
            <w:r w:rsidRPr="00A655EA">
              <w:rPr>
                <w:i/>
                <w:iCs/>
                <w:lang w:val="ru-RU"/>
              </w:rPr>
              <w:t>,</w:t>
            </w:r>
          </w:p>
          <w:p w14:paraId="5DA58BEB" w14:textId="77777777" w:rsidR="002D1D71" w:rsidRPr="00A655EA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A655EA">
              <w:rPr>
                <w:i/>
                <w:iCs/>
                <w:lang w:val="ru-RU"/>
              </w:rPr>
              <w:t xml:space="preserve">менеджер по культурно-массовой работе </w:t>
            </w:r>
          </w:p>
          <w:p w14:paraId="32F59887" w14:textId="77777777" w:rsidR="002D1D71" w:rsidRPr="00A655EA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A655EA">
              <w:rPr>
                <w:i/>
                <w:iCs/>
                <w:lang w:val="ru-RU"/>
              </w:rPr>
              <w:t>Библиотечно-культурного центра «Батискаф»,</w:t>
            </w:r>
          </w:p>
          <w:p w14:paraId="12E94AF0" w14:textId="77777777" w:rsidR="002D1D71" w:rsidRPr="00A655EA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A655EA">
              <w:rPr>
                <w:i/>
                <w:iCs/>
                <w:lang w:val="ru-RU"/>
              </w:rPr>
              <w:t>г. Санкт-Петербург</w:t>
            </w:r>
          </w:p>
          <w:p w14:paraId="44E59B4C" w14:textId="1AEC8F23" w:rsidR="002D1D71" w:rsidRDefault="002D1D71" w:rsidP="00FA1636">
            <w:pPr>
              <w:jc w:val="right"/>
              <w:rPr>
                <w:lang w:val="ru-RU"/>
              </w:rPr>
            </w:pPr>
            <w:r w:rsidRPr="00A655EA">
              <w:rPr>
                <w:i/>
                <w:iCs/>
                <w:color w:val="000000"/>
                <w:shd w:val="clear" w:color="auto" w:fill="FFFFFF"/>
              </w:rPr>
              <w:t>(</w:t>
            </w:r>
            <w:r w:rsidRPr="00A655EA">
              <w:rPr>
                <w:i/>
                <w:iCs/>
                <w:color w:val="000000"/>
                <w:shd w:val="clear" w:color="auto" w:fill="FFFFFF"/>
                <w:lang w:val="ru-RU"/>
              </w:rPr>
              <w:t>онлайн)</w:t>
            </w:r>
          </w:p>
        </w:tc>
      </w:tr>
      <w:tr w:rsidR="002D1D71" w:rsidRPr="00D26AB4" w14:paraId="4EFA16FE" w14:textId="77777777" w:rsidTr="00957EC4">
        <w:trPr>
          <w:jc w:val="center"/>
        </w:trPr>
        <w:tc>
          <w:tcPr>
            <w:tcW w:w="1417" w:type="dxa"/>
            <w:vAlign w:val="center"/>
          </w:tcPr>
          <w:p w14:paraId="4CC756EE" w14:textId="4383FABC" w:rsidR="002D1D71" w:rsidRPr="00E40B80" w:rsidRDefault="00FA1636" w:rsidP="002D1D71">
            <w:r w:rsidRPr="00E40B80">
              <w:t>1</w:t>
            </w:r>
            <w:r>
              <w:rPr>
                <w:lang w:val="ru-RU"/>
              </w:rPr>
              <w:t>1</w:t>
            </w:r>
            <w:r w:rsidRPr="00E40B80">
              <w:t>:</w:t>
            </w:r>
            <w:r>
              <w:rPr>
                <w:lang w:val="ru-RU"/>
              </w:rPr>
              <w:t>50</w:t>
            </w:r>
            <w:r w:rsidRPr="00E40B80">
              <w:t>–1</w:t>
            </w:r>
            <w:r>
              <w:rPr>
                <w:lang w:val="ru-RU"/>
              </w:rPr>
              <w:t>2</w:t>
            </w:r>
            <w:r w:rsidRPr="00E40B80">
              <w:t>:</w:t>
            </w:r>
            <w:r>
              <w:rPr>
                <w:lang w:val="ru-RU"/>
              </w:rPr>
              <w:t>30</w:t>
            </w:r>
          </w:p>
        </w:tc>
        <w:tc>
          <w:tcPr>
            <w:tcW w:w="8545" w:type="dxa"/>
            <w:vAlign w:val="center"/>
          </w:tcPr>
          <w:p w14:paraId="165ED410" w14:textId="1A5B2706" w:rsidR="002D1D71" w:rsidRPr="00D26AB4" w:rsidRDefault="009302CE" w:rsidP="002D1D71">
            <w:pPr>
              <w:rPr>
                <w:highlight w:val="yellow"/>
                <w:lang w:val="ru-RU"/>
              </w:rPr>
            </w:pPr>
            <w:r w:rsidRPr="00A23FFD">
              <w:rPr>
                <w:lang w:val="ru-RU"/>
              </w:rPr>
              <w:t>Церемония награждения «</w:t>
            </w:r>
            <w:r w:rsidR="00BC50B9" w:rsidRPr="00A23FFD">
              <w:rPr>
                <w:lang w:val="ru-RU"/>
              </w:rPr>
              <w:t xml:space="preserve">35-лет </w:t>
            </w:r>
            <w:r w:rsidR="00A23FFD" w:rsidRPr="00A23FFD">
              <w:rPr>
                <w:lang w:val="ru-RU"/>
              </w:rPr>
              <w:t>вместе: Люди. Книги. История</w:t>
            </w:r>
            <w:r w:rsidRPr="00A23FFD">
              <w:rPr>
                <w:lang w:val="ru-RU"/>
              </w:rPr>
              <w:t>»</w:t>
            </w:r>
          </w:p>
        </w:tc>
      </w:tr>
      <w:tr w:rsidR="002D1D71" w:rsidRPr="00E40B80" w14:paraId="10B27BDB" w14:textId="77777777" w:rsidTr="00957EC4">
        <w:trPr>
          <w:jc w:val="center"/>
        </w:trPr>
        <w:tc>
          <w:tcPr>
            <w:tcW w:w="1417" w:type="dxa"/>
            <w:vAlign w:val="center"/>
          </w:tcPr>
          <w:p w14:paraId="69FB47B3" w14:textId="3022F6D1" w:rsidR="002D1D71" w:rsidRPr="002D1D71" w:rsidRDefault="00FA1636" w:rsidP="002D1D71">
            <w:pPr>
              <w:rPr>
                <w:lang w:val="ru-RU"/>
              </w:rPr>
            </w:pPr>
            <w:r w:rsidRPr="00E40B80">
              <w:t>1</w:t>
            </w:r>
            <w:r>
              <w:rPr>
                <w:lang w:val="ru-RU"/>
              </w:rPr>
              <w:t>2</w:t>
            </w:r>
            <w:r w:rsidRPr="00E40B80">
              <w:t>:</w:t>
            </w:r>
            <w:r>
              <w:rPr>
                <w:lang w:val="ru-RU"/>
              </w:rPr>
              <w:t>30</w:t>
            </w:r>
            <w:r w:rsidRPr="00E40B80">
              <w:t>–1</w:t>
            </w:r>
            <w:r>
              <w:rPr>
                <w:lang w:val="ru-RU"/>
              </w:rPr>
              <w:t>4</w:t>
            </w:r>
            <w:r w:rsidRPr="00E40B80">
              <w:t>:</w:t>
            </w:r>
            <w:r>
              <w:rPr>
                <w:lang w:val="ru-RU"/>
              </w:rPr>
              <w:t>00</w:t>
            </w:r>
          </w:p>
        </w:tc>
        <w:tc>
          <w:tcPr>
            <w:tcW w:w="8545" w:type="dxa"/>
            <w:vAlign w:val="center"/>
          </w:tcPr>
          <w:p w14:paraId="67FA844D" w14:textId="5B576207" w:rsidR="002D1D71" w:rsidRPr="00E40B80" w:rsidRDefault="002D1D71" w:rsidP="002D1D71">
            <w:pPr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3E7AD2">
              <w:rPr>
                <w:lang w:val="ru-RU"/>
              </w:rPr>
              <w:t>БЕД</w:t>
            </w:r>
          </w:p>
        </w:tc>
      </w:tr>
      <w:tr w:rsidR="002D1D71" w:rsidRPr="003E7AD2" w14:paraId="41A06A66" w14:textId="77777777" w:rsidTr="00957EC4">
        <w:trPr>
          <w:jc w:val="center"/>
        </w:trPr>
        <w:tc>
          <w:tcPr>
            <w:tcW w:w="1417" w:type="dxa"/>
            <w:vAlign w:val="center"/>
          </w:tcPr>
          <w:p w14:paraId="4304F3C1" w14:textId="4855BAE7" w:rsidR="002D1D71" w:rsidRPr="00E40B80" w:rsidRDefault="002D1D71" w:rsidP="002D1D71">
            <w:pPr>
              <w:rPr>
                <w:lang w:val="ru-RU"/>
              </w:rPr>
            </w:pPr>
            <w:r w:rsidRPr="00E40B80">
              <w:t>1</w:t>
            </w:r>
            <w:r w:rsidR="00FA1636">
              <w:rPr>
                <w:lang w:val="ru-RU"/>
              </w:rPr>
              <w:t>4</w:t>
            </w:r>
            <w:r w:rsidRPr="00E40B80">
              <w:t>:</w:t>
            </w:r>
            <w:r w:rsidR="00FA1636">
              <w:rPr>
                <w:lang w:val="ru-RU"/>
              </w:rPr>
              <w:t>00</w:t>
            </w:r>
            <w:r w:rsidRPr="00E40B80">
              <w:t>–1</w:t>
            </w:r>
            <w:r w:rsidR="00FA1636">
              <w:rPr>
                <w:lang w:val="ru-RU"/>
              </w:rPr>
              <w:t>4</w:t>
            </w:r>
            <w:r w:rsidRPr="00E40B80">
              <w:t>:</w:t>
            </w:r>
            <w:r w:rsidR="00FA1636">
              <w:rPr>
                <w:lang w:val="ru-RU"/>
              </w:rPr>
              <w:t>20</w:t>
            </w:r>
          </w:p>
        </w:tc>
        <w:tc>
          <w:tcPr>
            <w:tcW w:w="8545" w:type="dxa"/>
            <w:vAlign w:val="center"/>
          </w:tcPr>
          <w:p w14:paraId="734CD2BD" w14:textId="77777777" w:rsidR="002D1D71" w:rsidRPr="00E40B80" w:rsidRDefault="002D1D71" w:rsidP="002D1D71">
            <w:pPr>
              <w:rPr>
                <w:lang w:val="ru-RU"/>
              </w:rPr>
            </w:pPr>
            <w:r w:rsidRPr="00E40B80">
              <w:rPr>
                <w:lang w:val="ru-RU"/>
              </w:rPr>
              <w:t xml:space="preserve">Библиотека в социальных сетях: как рассказывать о книге так, чтобы её захотелось прочитать </w:t>
            </w:r>
          </w:p>
          <w:p w14:paraId="653D8F39" w14:textId="516BD84D" w:rsidR="002D1D71" w:rsidRPr="00E40B80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E40B80">
              <w:rPr>
                <w:i/>
                <w:iCs/>
                <w:lang w:val="ru-RU"/>
              </w:rPr>
              <w:t>Екатерина</w:t>
            </w:r>
            <w:r w:rsidR="00D2323F">
              <w:rPr>
                <w:i/>
                <w:iCs/>
                <w:lang w:val="ru-RU"/>
              </w:rPr>
              <w:t xml:space="preserve"> Писарева</w:t>
            </w:r>
            <w:r w:rsidRPr="00E40B80">
              <w:rPr>
                <w:i/>
                <w:iCs/>
                <w:lang w:val="ru-RU"/>
              </w:rPr>
              <w:t>,</w:t>
            </w:r>
          </w:p>
          <w:p w14:paraId="3008187E" w14:textId="317D73A1" w:rsidR="002D1D71" w:rsidRPr="00E40B80" w:rsidRDefault="002D1D71" w:rsidP="003E7AD2">
            <w:pPr>
              <w:jc w:val="right"/>
              <w:rPr>
                <w:lang w:val="ru-RU"/>
              </w:rPr>
            </w:pPr>
            <w:r w:rsidRPr="00E40B80">
              <w:rPr>
                <w:i/>
                <w:iCs/>
                <w:lang w:val="ru-RU"/>
              </w:rPr>
              <w:t>ведущий библиотекарь</w:t>
            </w:r>
            <w:r w:rsidR="003E7AD2">
              <w:rPr>
                <w:i/>
                <w:iCs/>
                <w:lang w:val="ru-RU"/>
              </w:rPr>
              <w:t xml:space="preserve"> отдела социокультурной деятельности и </w:t>
            </w:r>
            <w:proofErr w:type="spellStart"/>
            <w:r w:rsidR="003E7AD2">
              <w:rPr>
                <w:i/>
                <w:iCs/>
                <w:lang w:val="ru-RU"/>
              </w:rPr>
              <w:t>внестационарного</w:t>
            </w:r>
            <w:proofErr w:type="spellEnd"/>
            <w:r w:rsidR="003E7AD2">
              <w:rPr>
                <w:i/>
                <w:iCs/>
                <w:lang w:val="ru-RU"/>
              </w:rPr>
              <w:t xml:space="preserve"> обслуживания </w:t>
            </w:r>
            <w:r w:rsidRPr="00E40B80">
              <w:rPr>
                <w:i/>
                <w:iCs/>
                <w:lang w:val="ru-RU"/>
              </w:rPr>
              <w:t>Ц</w:t>
            </w:r>
            <w:r w:rsidR="003E7AD2">
              <w:rPr>
                <w:i/>
                <w:iCs/>
                <w:lang w:val="ru-RU"/>
              </w:rPr>
              <w:t xml:space="preserve">ентральной районной библиотеки </w:t>
            </w:r>
            <w:r w:rsidRPr="00E40B80">
              <w:rPr>
                <w:i/>
                <w:iCs/>
                <w:lang w:val="ru-RU"/>
              </w:rPr>
              <w:t>им. Г. А. Пирожникова</w:t>
            </w:r>
          </w:p>
        </w:tc>
      </w:tr>
      <w:tr w:rsidR="002D1D71" w:rsidRPr="00E40B80" w14:paraId="095E9CBB" w14:textId="77777777" w:rsidTr="00957EC4">
        <w:trPr>
          <w:jc w:val="center"/>
        </w:trPr>
        <w:tc>
          <w:tcPr>
            <w:tcW w:w="1417" w:type="dxa"/>
            <w:vAlign w:val="center"/>
          </w:tcPr>
          <w:p w14:paraId="421E8F9D" w14:textId="4693359B" w:rsidR="002D1D71" w:rsidRPr="00E40B80" w:rsidRDefault="002D1D71" w:rsidP="002D1D71">
            <w:pPr>
              <w:rPr>
                <w:lang w:val="ru-RU"/>
              </w:rPr>
            </w:pPr>
            <w:r w:rsidRPr="00E40B80">
              <w:t>1</w:t>
            </w:r>
            <w:r w:rsidR="00FA1636">
              <w:rPr>
                <w:lang w:val="ru-RU"/>
              </w:rPr>
              <w:t>4</w:t>
            </w:r>
            <w:r w:rsidRPr="00E40B80">
              <w:t>:</w:t>
            </w:r>
            <w:r w:rsidR="00FA1636">
              <w:rPr>
                <w:lang w:val="ru-RU"/>
              </w:rPr>
              <w:t>20</w:t>
            </w:r>
            <w:r w:rsidRPr="00E40B80">
              <w:t>–1</w:t>
            </w:r>
            <w:r w:rsidR="00FA1636">
              <w:rPr>
                <w:lang w:val="ru-RU"/>
              </w:rPr>
              <w:t>5</w:t>
            </w:r>
            <w:r w:rsidRPr="00E40B80">
              <w:t>:</w:t>
            </w:r>
            <w:r w:rsidR="00FA1636">
              <w:rPr>
                <w:lang w:val="ru-RU"/>
              </w:rPr>
              <w:t>50</w:t>
            </w:r>
          </w:p>
        </w:tc>
        <w:tc>
          <w:tcPr>
            <w:tcW w:w="8545" w:type="dxa"/>
            <w:vAlign w:val="center"/>
          </w:tcPr>
          <w:p w14:paraId="4D8AACB6" w14:textId="77777777" w:rsidR="002D1D71" w:rsidRPr="00E40B80" w:rsidRDefault="002D1D71" w:rsidP="002D1D71">
            <w:pPr>
              <w:rPr>
                <w:lang w:val="ru-RU"/>
              </w:rPr>
            </w:pPr>
            <w:r w:rsidRPr="00E40B80">
              <w:rPr>
                <w:lang w:val="ru-RU"/>
              </w:rPr>
              <w:t xml:space="preserve">Практическая лаборатория «Библиотека + нейросеть: создаём современный контент» </w:t>
            </w:r>
          </w:p>
          <w:p w14:paraId="5C109A3B" w14:textId="77777777" w:rsidR="002D1D71" w:rsidRPr="00E40B80" w:rsidRDefault="002D1D71" w:rsidP="002D1D71">
            <w:pPr>
              <w:jc w:val="right"/>
              <w:rPr>
                <w:i/>
                <w:iCs/>
                <w:lang w:val="ru-RU"/>
              </w:rPr>
            </w:pPr>
          </w:p>
          <w:p w14:paraId="03F9BAA7" w14:textId="6037A32F" w:rsidR="002D1D71" w:rsidRPr="00E40B80" w:rsidRDefault="008F1710" w:rsidP="002D1D71">
            <w:pPr>
              <w:jc w:val="righ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Антон Рыжиков</w:t>
            </w:r>
            <w:r w:rsidR="002D1D71" w:rsidRPr="00E40B80">
              <w:rPr>
                <w:i/>
                <w:iCs/>
                <w:lang w:val="ru-RU"/>
              </w:rPr>
              <w:t>,</w:t>
            </w:r>
          </w:p>
          <w:p w14:paraId="1E7A5DC1" w14:textId="43623520" w:rsidR="002D1D71" w:rsidRPr="00E40B80" w:rsidRDefault="008F1710" w:rsidP="002D1D71">
            <w:pPr>
              <w:jc w:val="right"/>
              <w:rPr>
                <w:b/>
                <w:bCs/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специалист</w:t>
            </w:r>
            <w:r w:rsidR="002D1D71" w:rsidRPr="00E40B80">
              <w:rPr>
                <w:i/>
                <w:iCs/>
                <w:lang w:val="ru-RU"/>
              </w:rPr>
              <w:t xml:space="preserve"> </w:t>
            </w:r>
            <w:r w:rsidR="00D26AB4">
              <w:rPr>
                <w:i/>
                <w:iCs/>
                <w:lang w:val="ru-RU"/>
              </w:rPr>
              <w:t>агентства по обучению ИИ</w:t>
            </w:r>
            <w:r w:rsidR="002D1D71" w:rsidRPr="00E40B80">
              <w:rPr>
                <w:i/>
                <w:iCs/>
                <w:lang w:val="ru-RU"/>
              </w:rPr>
              <w:t xml:space="preserve"> «</w:t>
            </w:r>
            <w:r w:rsidR="002D1D71" w:rsidRPr="00E40B80">
              <w:rPr>
                <w:i/>
                <w:iCs/>
              </w:rPr>
              <w:t>Upgrade</w:t>
            </w:r>
            <w:r w:rsidR="002D1D71" w:rsidRPr="00E40B80">
              <w:rPr>
                <w:b/>
                <w:bCs/>
                <w:i/>
                <w:iCs/>
                <w:lang w:val="ru-RU"/>
              </w:rPr>
              <w:t>»,</w:t>
            </w:r>
          </w:p>
          <w:p w14:paraId="29785B98" w14:textId="3C3FF34D" w:rsidR="002D1D71" w:rsidRPr="00E40B80" w:rsidRDefault="002D1D71" w:rsidP="002D1D71">
            <w:pPr>
              <w:jc w:val="right"/>
              <w:rPr>
                <w:lang w:val="ru-RU"/>
              </w:rPr>
            </w:pPr>
            <w:r w:rsidRPr="00E40B80">
              <w:rPr>
                <w:i/>
                <w:iCs/>
                <w:lang w:val="ru-RU"/>
              </w:rPr>
              <w:t>г.</w:t>
            </w:r>
            <w:r w:rsidR="008F1710">
              <w:rPr>
                <w:i/>
                <w:iCs/>
                <w:lang w:val="ru-RU"/>
              </w:rPr>
              <w:t xml:space="preserve"> </w:t>
            </w:r>
            <w:r w:rsidRPr="00E40B80">
              <w:rPr>
                <w:i/>
                <w:iCs/>
                <w:lang w:val="ru-RU"/>
              </w:rPr>
              <w:t>Сургут</w:t>
            </w:r>
          </w:p>
        </w:tc>
      </w:tr>
      <w:tr w:rsidR="009302CE" w:rsidRPr="00E40B80" w14:paraId="056DE150" w14:textId="77777777" w:rsidTr="00957EC4">
        <w:trPr>
          <w:jc w:val="center"/>
        </w:trPr>
        <w:tc>
          <w:tcPr>
            <w:tcW w:w="1417" w:type="dxa"/>
            <w:vAlign w:val="center"/>
          </w:tcPr>
          <w:p w14:paraId="16790785" w14:textId="64BD4226" w:rsidR="009302CE" w:rsidRPr="00E40B80" w:rsidRDefault="009302CE" w:rsidP="002D1D71">
            <w:r w:rsidRPr="00E40B80">
              <w:lastRenderedPageBreak/>
              <w:t>1</w:t>
            </w:r>
            <w:r>
              <w:rPr>
                <w:lang w:val="ru-RU"/>
              </w:rPr>
              <w:t>5</w:t>
            </w:r>
            <w:r w:rsidRPr="00E40B80">
              <w:t>:</w:t>
            </w:r>
            <w:r>
              <w:rPr>
                <w:lang w:val="ru-RU"/>
              </w:rPr>
              <w:t>50</w:t>
            </w:r>
            <w:r w:rsidRPr="00E40B80">
              <w:t>–1</w:t>
            </w:r>
            <w:r>
              <w:rPr>
                <w:lang w:val="ru-RU"/>
              </w:rPr>
              <w:t>6</w:t>
            </w:r>
            <w:r w:rsidRPr="00E40B80">
              <w:t>:</w:t>
            </w:r>
            <w:r>
              <w:rPr>
                <w:lang w:val="ru-RU"/>
              </w:rPr>
              <w:t>10</w:t>
            </w:r>
          </w:p>
        </w:tc>
        <w:tc>
          <w:tcPr>
            <w:tcW w:w="8545" w:type="dxa"/>
            <w:vAlign w:val="center"/>
          </w:tcPr>
          <w:p w14:paraId="3C222839" w14:textId="02488EBB" w:rsidR="009302CE" w:rsidRPr="00E40B80" w:rsidRDefault="009302CE" w:rsidP="002D1D71">
            <w:pPr>
              <w:rPr>
                <w:lang w:val="ru-RU"/>
              </w:rPr>
            </w:pPr>
            <w:proofErr w:type="spellStart"/>
            <w:r>
              <w:t>Кофе-пауза</w:t>
            </w:r>
            <w:proofErr w:type="spellEnd"/>
          </w:p>
        </w:tc>
      </w:tr>
      <w:tr w:rsidR="002D1D71" w:rsidRPr="003E7AD2" w14:paraId="6ED5A798" w14:textId="77777777" w:rsidTr="00183DB2">
        <w:trPr>
          <w:jc w:val="center"/>
        </w:trPr>
        <w:tc>
          <w:tcPr>
            <w:tcW w:w="1417" w:type="dxa"/>
            <w:vAlign w:val="center"/>
          </w:tcPr>
          <w:p w14:paraId="4E5643C4" w14:textId="4BDDA878" w:rsidR="002D1D71" w:rsidRPr="00E40B80" w:rsidRDefault="002D1D71" w:rsidP="002D1D71">
            <w:r w:rsidRPr="00E40B80">
              <w:t>1</w:t>
            </w:r>
            <w:r w:rsidR="009302CE">
              <w:rPr>
                <w:lang w:val="ru-RU"/>
              </w:rPr>
              <w:t>6</w:t>
            </w:r>
            <w:r w:rsidRPr="00E40B80">
              <w:t>:</w:t>
            </w:r>
            <w:r w:rsidR="009302CE">
              <w:rPr>
                <w:lang w:val="ru-RU"/>
              </w:rPr>
              <w:t>1</w:t>
            </w:r>
            <w:r w:rsidRPr="00E40B80">
              <w:rPr>
                <w:lang w:val="ru-RU"/>
              </w:rPr>
              <w:t>0</w:t>
            </w:r>
            <w:r w:rsidRPr="00E40B80">
              <w:t>–1</w:t>
            </w:r>
            <w:r w:rsidRPr="00E40B80">
              <w:rPr>
                <w:lang w:val="ru-RU"/>
              </w:rPr>
              <w:t>7</w:t>
            </w:r>
            <w:r w:rsidRPr="00E40B80">
              <w:t>:</w:t>
            </w:r>
            <w:r w:rsidR="009302CE">
              <w:rPr>
                <w:lang w:val="ru-RU"/>
              </w:rPr>
              <w:t>1</w:t>
            </w:r>
            <w:r w:rsidRPr="00E40B80">
              <w:rPr>
                <w:lang w:val="ru-RU"/>
              </w:rPr>
              <w:t>0</w:t>
            </w:r>
          </w:p>
        </w:tc>
        <w:tc>
          <w:tcPr>
            <w:tcW w:w="8545" w:type="dxa"/>
            <w:vAlign w:val="center"/>
          </w:tcPr>
          <w:p w14:paraId="12B1E9DC" w14:textId="77777777" w:rsidR="002D1D71" w:rsidRPr="00E40B80" w:rsidRDefault="002D1D71" w:rsidP="002D1D71">
            <w:pPr>
              <w:rPr>
                <w:lang w:val="ru-RU"/>
              </w:rPr>
            </w:pPr>
            <w:r w:rsidRPr="00E40B80">
              <w:rPr>
                <w:lang w:val="ru-RU"/>
              </w:rPr>
              <w:t xml:space="preserve">Презентация книги «Крымский текст» </w:t>
            </w:r>
          </w:p>
          <w:p w14:paraId="4E655904" w14:textId="77777777" w:rsidR="002D1D71" w:rsidRPr="00E40B80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E40B80">
              <w:rPr>
                <w:i/>
                <w:iCs/>
                <w:lang w:val="ru-RU"/>
              </w:rPr>
              <w:t>Виктор Гаврилов,</w:t>
            </w:r>
          </w:p>
          <w:p w14:paraId="14928DC6" w14:textId="77777777" w:rsidR="00D2323F" w:rsidRPr="00D2323F" w:rsidRDefault="002D1D71" w:rsidP="002D1D71">
            <w:pPr>
              <w:jc w:val="right"/>
              <w:rPr>
                <w:i/>
                <w:iCs/>
                <w:lang w:val="ru-RU"/>
              </w:rPr>
            </w:pPr>
            <w:r w:rsidRPr="00D2323F">
              <w:rPr>
                <w:i/>
                <w:iCs/>
                <w:lang w:val="ru-RU"/>
              </w:rPr>
              <w:t>поэт, член союза писателей России,</w:t>
            </w:r>
            <w:r w:rsidR="00D2323F" w:rsidRPr="00D2323F">
              <w:rPr>
                <w:i/>
                <w:iCs/>
                <w:lang w:val="ru-RU"/>
              </w:rPr>
              <w:t xml:space="preserve"> </w:t>
            </w:r>
          </w:p>
          <w:p w14:paraId="2114BBDB" w14:textId="5555A6B7" w:rsidR="002D1D71" w:rsidRPr="00E40B80" w:rsidRDefault="00D2323F" w:rsidP="002D1D71">
            <w:pPr>
              <w:jc w:val="right"/>
              <w:rPr>
                <w:i/>
                <w:iCs/>
                <w:lang w:val="ru-RU"/>
              </w:rPr>
            </w:pPr>
            <w:r w:rsidRPr="00D2323F">
              <w:rPr>
                <w:i/>
                <w:iCs/>
                <w:lang w:val="ru-RU"/>
              </w:rPr>
              <w:t>руководитель литературного клуба «Первоцвет»,</w:t>
            </w:r>
          </w:p>
          <w:p w14:paraId="5E72A29F" w14:textId="44C3D276" w:rsidR="002D1D71" w:rsidRPr="00D2323F" w:rsidRDefault="002D1D71" w:rsidP="002D1D71">
            <w:pPr>
              <w:jc w:val="right"/>
              <w:rPr>
                <w:lang w:val="ru-RU"/>
              </w:rPr>
            </w:pPr>
            <w:r w:rsidRPr="00E40B80">
              <w:rPr>
                <w:i/>
                <w:iCs/>
                <w:lang w:val="ru-RU"/>
              </w:rPr>
              <w:t>г.</w:t>
            </w:r>
            <w:r w:rsidR="00D2323F">
              <w:rPr>
                <w:i/>
                <w:iCs/>
                <w:lang w:val="ru-RU"/>
              </w:rPr>
              <w:t xml:space="preserve"> </w:t>
            </w:r>
            <w:r w:rsidRPr="00E40B80">
              <w:rPr>
                <w:i/>
                <w:iCs/>
                <w:lang w:val="ru-RU"/>
              </w:rPr>
              <w:t>Сургут</w:t>
            </w:r>
          </w:p>
        </w:tc>
      </w:tr>
      <w:tr w:rsidR="002D1D71" w:rsidRPr="003E7AD2" w14:paraId="35882EAC" w14:textId="77777777" w:rsidTr="00183DB2">
        <w:trPr>
          <w:jc w:val="center"/>
        </w:trPr>
        <w:tc>
          <w:tcPr>
            <w:tcW w:w="1417" w:type="dxa"/>
            <w:vAlign w:val="center"/>
          </w:tcPr>
          <w:p w14:paraId="22470767" w14:textId="1952C23A" w:rsidR="002D1D71" w:rsidRPr="00E40B80" w:rsidRDefault="002D1D71" w:rsidP="002D1D71">
            <w:r w:rsidRPr="00E40B80">
              <w:t>1</w:t>
            </w:r>
            <w:r w:rsidRPr="00E40B80">
              <w:rPr>
                <w:lang w:val="ru-RU"/>
              </w:rPr>
              <w:t>7</w:t>
            </w:r>
            <w:r w:rsidRPr="00E40B80">
              <w:t>:</w:t>
            </w:r>
            <w:r w:rsidR="009302CE">
              <w:rPr>
                <w:lang w:val="ru-RU"/>
              </w:rPr>
              <w:t>1</w:t>
            </w:r>
            <w:r w:rsidRPr="00E40B80">
              <w:rPr>
                <w:lang w:val="ru-RU"/>
              </w:rPr>
              <w:t>0</w:t>
            </w:r>
            <w:r w:rsidRPr="00E40B80">
              <w:t>–1</w:t>
            </w:r>
            <w:r w:rsidR="00FA1636">
              <w:rPr>
                <w:lang w:val="ru-RU"/>
              </w:rPr>
              <w:t>7</w:t>
            </w:r>
            <w:r w:rsidRPr="00E40B80">
              <w:t>:</w:t>
            </w:r>
            <w:r w:rsidR="00FA1636">
              <w:rPr>
                <w:lang w:val="ru-RU"/>
              </w:rPr>
              <w:t>3</w:t>
            </w:r>
            <w:r w:rsidRPr="00E40B80">
              <w:rPr>
                <w:lang w:val="ru-RU"/>
              </w:rPr>
              <w:t>0</w:t>
            </w:r>
          </w:p>
        </w:tc>
        <w:tc>
          <w:tcPr>
            <w:tcW w:w="8545" w:type="dxa"/>
            <w:vAlign w:val="center"/>
          </w:tcPr>
          <w:p w14:paraId="19F3B58A" w14:textId="51A0CE66" w:rsidR="002D1D71" w:rsidRPr="00E40B80" w:rsidRDefault="002D1D71" w:rsidP="002D1D71">
            <w:pPr>
              <w:rPr>
                <w:lang w:val="ru-RU"/>
              </w:rPr>
            </w:pPr>
            <w:r w:rsidRPr="00E40B80">
              <w:rPr>
                <w:lang w:val="ru-RU"/>
              </w:rPr>
              <w:t>Подведение итогов первого дня. Рефлексия «3 идеи, которые я заберу в свою библиотеку»</w:t>
            </w:r>
          </w:p>
        </w:tc>
      </w:tr>
      <w:tr w:rsidR="002D1D71" w:rsidRPr="009302CE" w14:paraId="70069E5C" w14:textId="77777777" w:rsidTr="00957EC4">
        <w:trPr>
          <w:jc w:val="center"/>
        </w:trPr>
        <w:tc>
          <w:tcPr>
            <w:tcW w:w="1417" w:type="dxa"/>
            <w:vAlign w:val="center"/>
          </w:tcPr>
          <w:p w14:paraId="38DEE47C" w14:textId="25961309" w:rsidR="002D1D71" w:rsidRPr="00E40B80" w:rsidRDefault="002D1D71" w:rsidP="002D1D71">
            <w:pPr>
              <w:rPr>
                <w:lang w:val="ru-RU"/>
              </w:rPr>
            </w:pPr>
            <w:r w:rsidRPr="00E40B80">
              <w:rPr>
                <w:lang w:val="ru-RU"/>
              </w:rPr>
              <w:t>1</w:t>
            </w:r>
            <w:r w:rsidR="00FA1636">
              <w:rPr>
                <w:lang w:val="ru-RU"/>
              </w:rPr>
              <w:t>7</w:t>
            </w:r>
            <w:r w:rsidRPr="00E40B80">
              <w:rPr>
                <w:lang w:val="ru-RU"/>
              </w:rPr>
              <w:t>:</w:t>
            </w:r>
            <w:r w:rsidR="00FA1636">
              <w:rPr>
                <w:lang w:val="ru-RU"/>
              </w:rPr>
              <w:t>3</w:t>
            </w:r>
            <w:r w:rsidRPr="00E40B80">
              <w:rPr>
                <w:lang w:val="ru-RU"/>
              </w:rPr>
              <w:t>0</w:t>
            </w:r>
          </w:p>
        </w:tc>
        <w:tc>
          <w:tcPr>
            <w:tcW w:w="8545" w:type="dxa"/>
            <w:vAlign w:val="center"/>
          </w:tcPr>
          <w:p w14:paraId="59F03AA4" w14:textId="3472D05B" w:rsidR="002D1D71" w:rsidRPr="009302CE" w:rsidRDefault="002D1D71" w:rsidP="002D1D71">
            <w:pPr>
              <w:rPr>
                <w:szCs w:val="28"/>
                <w:lang w:val="ru-RU"/>
              </w:rPr>
            </w:pPr>
            <w:r w:rsidRPr="00E40B80">
              <w:rPr>
                <w:lang w:val="ru-RU"/>
              </w:rPr>
              <w:t>Трансфер до</w:t>
            </w:r>
            <w:r w:rsidR="009302CE">
              <w:rPr>
                <w:lang w:val="ru-RU"/>
              </w:rPr>
              <w:t xml:space="preserve"> г. Сургута, ул.</w:t>
            </w:r>
            <w:r w:rsidRPr="00E40B80">
              <w:rPr>
                <w:lang w:val="ru-RU"/>
              </w:rPr>
              <w:t xml:space="preserve"> </w:t>
            </w:r>
            <w:r w:rsidR="009302CE">
              <w:rPr>
                <w:szCs w:val="28"/>
                <w:lang w:val="ru-RU"/>
              </w:rPr>
              <w:t>Университетск</w:t>
            </w:r>
            <w:r w:rsidR="003E7AD2">
              <w:rPr>
                <w:szCs w:val="28"/>
                <w:lang w:val="ru-RU"/>
              </w:rPr>
              <w:t>ая</w:t>
            </w:r>
            <w:r w:rsidR="009302CE">
              <w:rPr>
                <w:szCs w:val="28"/>
                <w:lang w:val="ru-RU"/>
              </w:rPr>
              <w:t>, 10</w:t>
            </w:r>
          </w:p>
        </w:tc>
      </w:tr>
      <w:tr w:rsidR="002D1D71" w:rsidRPr="003E7AD2" w14:paraId="6F551892" w14:textId="77777777" w:rsidTr="00957EC4">
        <w:trPr>
          <w:jc w:val="center"/>
        </w:trPr>
        <w:tc>
          <w:tcPr>
            <w:tcW w:w="1417" w:type="dxa"/>
            <w:vAlign w:val="center"/>
          </w:tcPr>
          <w:p w14:paraId="559D51D5" w14:textId="4CAAFD14" w:rsidR="002D1D71" w:rsidRPr="00E40B80" w:rsidRDefault="00FA1636" w:rsidP="002D1D71">
            <w:pPr>
              <w:rPr>
                <w:lang w:val="ru-RU"/>
              </w:rPr>
            </w:pPr>
            <w:r w:rsidRPr="00E40B80"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 w:rsidRPr="00E40B80">
              <w:rPr>
                <w:lang w:val="ru-RU"/>
              </w:rPr>
              <w:t>:</w:t>
            </w:r>
            <w:r>
              <w:rPr>
                <w:lang w:val="ru-RU"/>
              </w:rPr>
              <w:t>3</w:t>
            </w:r>
            <w:r w:rsidRPr="00E40B80">
              <w:rPr>
                <w:lang w:val="ru-RU"/>
              </w:rPr>
              <w:t>0</w:t>
            </w:r>
          </w:p>
        </w:tc>
        <w:tc>
          <w:tcPr>
            <w:tcW w:w="8545" w:type="dxa"/>
            <w:vAlign w:val="center"/>
          </w:tcPr>
          <w:p w14:paraId="0F594913" w14:textId="6A512D3D" w:rsidR="002D1D71" w:rsidRPr="00E40B80" w:rsidRDefault="002D1D71" w:rsidP="002D1D71">
            <w:pPr>
              <w:rPr>
                <w:lang w:val="ru-RU"/>
              </w:rPr>
            </w:pPr>
            <w:r>
              <w:rPr>
                <w:lang w:val="ru-RU"/>
              </w:rPr>
              <w:t xml:space="preserve">Деловой ужин </w:t>
            </w:r>
            <w:r w:rsidR="00FA1636">
              <w:rPr>
                <w:lang w:val="ru-RU"/>
              </w:rPr>
              <w:t>«В</w:t>
            </w:r>
            <w:r>
              <w:rPr>
                <w:lang w:val="ru-RU"/>
              </w:rPr>
              <w:t xml:space="preserve"> гостях у Маяковского</w:t>
            </w:r>
            <w:r w:rsidR="00FA1636">
              <w:rPr>
                <w:lang w:val="ru-RU"/>
              </w:rPr>
              <w:t>»</w:t>
            </w:r>
          </w:p>
        </w:tc>
      </w:tr>
    </w:tbl>
    <w:p w14:paraId="0125A52D" w14:textId="77777777" w:rsidR="003E7AD2" w:rsidRDefault="003E7AD2" w:rsidP="00DD2464">
      <w:pPr>
        <w:spacing w:after="0" w:line="240" w:lineRule="auto"/>
        <w:jc w:val="center"/>
        <w:rPr>
          <w:b/>
          <w:sz w:val="26"/>
          <w:lang w:val="ru-RU"/>
        </w:rPr>
      </w:pPr>
    </w:p>
    <w:p w14:paraId="197E6946" w14:textId="0096963B" w:rsidR="00676AED" w:rsidRDefault="00000000" w:rsidP="00DD2464">
      <w:pPr>
        <w:spacing w:after="0" w:line="240" w:lineRule="auto"/>
        <w:jc w:val="center"/>
        <w:rPr>
          <w:b/>
          <w:sz w:val="26"/>
          <w:lang w:val="ru-RU"/>
        </w:rPr>
      </w:pPr>
      <w:r w:rsidRPr="00E40B80">
        <w:rPr>
          <w:b/>
          <w:sz w:val="26"/>
          <w:lang w:val="ru-RU"/>
        </w:rPr>
        <w:t>8 октября</w:t>
      </w:r>
      <w:r w:rsidR="003E7AD2">
        <w:rPr>
          <w:b/>
          <w:sz w:val="26"/>
          <w:lang w:val="ru-RU"/>
        </w:rPr>
        <w:t xml:space="preserve"> (четверг)</w:t>
      </w:r>
      <w:r w:rsidRPr="00E40B80">
        <w:rPr>
          <w:b/>
          <w:sz w:val="26"/>
          <w:lang w:val="ru-RU"/>
        </w:rPr>
        <w:t>. «От идеи к практике»</w:t>
      </w:r>
    </w:p>
    <w:p w14:paraId="1DA1CA03" w14:textId="77777777" w:rsidR="003E7AD2" w:rsidRPr="00E40B80" w:rsidRDefault="003E7AD2" w:rsidP="00DD2464">
      <w:pPr>
        <w:spacing w:after="0" w:line="240" w:lineRule="auto"/>
        <w:jc w:val="center"/>
        <w:rPr>
          <w:b/>
          <w:sz w:val="26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12"/>
        <w:gridCol w:w="7950"/>
      </w:tblGrid>
      <w:tr w:rsidR="00676AED" w:rsidRPr="00E40B80" w14:paraId="2C1AF3B7" w14:textId="77777777" w:rsidTr="00005FF1">
        <w:trPr>
          <w:jc w:val="center"/>
        </w:trPr>
        <w:tc>
          <w:tcPr>
            <w:tcW w:w="2012" w:type="dxa"/>
            <w:vAlign w:val="center"/>
          </w:tcPr>
          <w:p w14:paraId="14DD1BCC" w14:textId="77777777" w:rsidR="00676AED" w:rsidRPr="00E40B80" w:rsidRDefault="00000000" w:rsidP="00DD2464">
            <w:proofErr w:type="spellStart"/>
            <w:r w:rsidRPr="00E40B80">
              <w:rPr>
                <w:b/>
              </w:rPr>
              <w:t>Время</w:t>
            </w:r>
            <w:proofErr w:type="spellEnd"/>
          </w:p>
        </w:tc>
        <w:tc>
          <w:tcPr>
            <w:tcW w:w="7950" w:type="dxa"/>
            <w:vAlign w:val="center"/>
          </w:tcPr>
          <w:p w14:paraId="01802513" w14:textId="77777777" w:rsidR="00676AED" w:rsidRPr="00E40B80" w:rsidRDefault="00000000" w:rsidP="00DD2464">
            <w:proofErr w:type="spellStart"/>
            <w:r w:rsidRPr="00E40B80">
              <w:rPr>
                <w:b/>
              </w:rPr>
              <w:t>Мероприятие</w:t>
            </w:r>
            <w:proofErr w:type="spellEnd"/>
          </w:p>
        </w:tc>
      </w:tr>
      <w:tr w:rsidR="00957EC4" w:rsidRPr="00E40B80" w14:paraId="2BFF73DE" w14:textId="77777777" w:rsidTr="00005FF1">
        <w:trPr>
          <w:jc w:val="center"/>
        </w:trPr>
        <w:tc>
          <w:tcPr>
            <w:tcW w:w="2012" w:type="dxa"/>
            <w:vAlign w:val="center"/>
          </w:tcPr>
          <w:p w14:paraId="604C4113" w14:textId="33FCF767" w:rsidR="00957EC4" w:rsidRPr="00504F44" w:rsidRDefault="00957EC4" w:rsidP="00DD2464">
            <w:pPr>
              <w:rPr>
                <w:bCs/>
                <w:lang w:val="ru-RU"/>
              </w:rPr>
            </w:pPr>
            <w:r w:rsidRPr="00504F44">
              <w:rPr>
                <w:bCs/>
                <w:lang w:val="ru-RU"/>
              </w:rPr>
              <w:t>09:</w:t>
            </w:r>
            <w:r w:rsidR="00504F44" w:rsidRPr="00504F44">
              <w:rPr>
                <w:bCs/>
                <w:lang w:val="ru-RU"/>
              </w:rPr>
              <w:t>0</w:t>
            </w:r>
            <w:r w:rsidRPr="00504F44">
              <w:rPr>
                <w:bCs/>
                <w:lang w:val="ru-RU"/>
              </w:rPr>
              <w:t>0</w:t>
            </w:r>
          </w:p>
        </w:tc>
        <w:tc>
          <w:tcPr>
            <w:tcW w:w="7950" w:type="dxa"/>
            <w:vAlign w:val="center"/>
          </w:tcPr>
          <w:p w14:paraId="0BC6D96A" w14:textId="77777777" w:rsidR="005B686D" w:rsidRPr="00E40B80" w:rsidRDefault="005B686D" w:rsidP="005B686D">
            <w:pPr>
              <w:rPr>
                <w:lang w:val="ru-RU"/>
              </w:rPr>
            </w:pPr>
            <w:r w:rsidRPr="00E40B80">
              <w:rPr>
                <w:lang w:val="ru-RU"/>
              </w:rPr>
              <w:t>Трансфер до Белоярской библиотеки им. Г. Г. Кушникова</w:t>
            </w:r>
          </w:p>
          <w:p w14:paraId="668F6CC8" w14:textId="77777777" w:rsidR="005B686D" w:rsidRPr="00E40B80" w:rsidRDefault="005B686D" w:rsidP="005B686D">
            <w:pPr>
              <w:rPr>
                <w:b/>
                <w:szCs w:val="28"/>
                <w:lang w:val="ru-RU"/>
              </w:rPr>
            </w:pPr>
          </w:p>
          <w:p w14:paraId="274D141E" w14:textId="77777777" w:rsidR="005B686D" w:rsidRPr="00E40B80" w:rsidRDefault="005B686D" w:rsidP="005B686D">
            <w:pPr>
              <w:rPr>
                <w:szCs w:val="28"/>
                <w:lang w:val="ru-RU"/>
              </w:rPr>
            </w:pPr>
            <w:r w:rsidRPr="00E40B80">
              <w:rPr>
                <w:b/>
                <w:szCs w:val="28"/>
                <w:lang w:val="ru-RU"/>
              </w:rPr>
              <w:t>Место отправления:</w:t>
            </w:r>
            <w:r w:rsidRPr="00E40B80">
              <w:rPr>
                <w:szCs w:val="28"/>
                <w:lang w:val="ru-RU"/>
              </w:rPr>
              <w:t xml:space="preserve"> </w:t>
            </w:r>
          </w:p>
          <w:p w14:paraId="6869556F" w14:textId="6845E602" w:rsidR="00957EC4" w:rsidRPr="00E40B80" w:rsidRDefault="005B686D" w:rsidP="005B686D">
            <w:pPr>
              <w:rPr>
                <w:b/>
              </w:rPr>
            </w:pPr>
            <w:r w:rsidRPr="00E40B80">
              <w:rPr>
                <w:szCs w:val="28"/>
                <w:lang w:val="ru-RU"/>
              </w:rPr>
              <w:t>Ц</w:t>
            </w:r>
            <w:r w:rsidR="003E7AD2">
              <w:rPr>
                <w:szCs w:val="28"/>
                <w:lang w:val="ru-RU"/>
              </w:rPr>
              <w:t xml:space="preserve">ентральная районная библиотека </w:t>
            </w:r>
            <w:r w:rsidRPr="00E40B80">
              <w:rPr>
                <w:szCs w:val="28"/>
                <w:lang w:val="ru-RU"/>
              </w:rPr>
              <w:t xml:space="preserve">им. Г. А. Пирожникова, г. Сургут, пр. </w:t>
            </w:r>
            <w:proofErr w:type="spellStart"/>
            <w:r w:rsidRPr="00E40B80">
              <w:rPr>
                <w:szCs w:val="28"/>
              </w:rPr>
              <w:t>Пролетарский</w:t>
            </w:r>
            <w:proofErr w:type="spellEnd"/>
            <w:r w:rsidRPr="00E40B80">
              <w:rPr>
                <w:szCs w:val="28"/>
              </w:rPr>
              <w:t>,</w:t>
            </w:r>
            <w:r w:rsidRPr="00E40B80">
              <w:rPr>
                <w:szCs w:val="28"/>
                <w:lang w:val="ru-RU"/>
              </w:rPr>
              <w:t xml:space="preserve"> </w:t>
            </w:r>
            <w:r w:rsidRPr="00E40B80">
              <w:rPr>
                <w:szCs w:val="28"/>
              </w:rPr>
              <w:t>10/3, (</w:t>
            </w:r>
            <w:proofErr w:type="spellStart"/>
            <w:r w:rsidRPr="00E40B80">
              <w:rPr>
                <w:szCs w:val="28"/>
              </w:rPr>
              <w:t>от</w:t>
            </w:r>
            <w:proofErr w:type="spellEnd"/>
            <w:r w:rsidRPr="00E40B80">
              <w:rPr>
                <w:szCs w:val="28"/>
              </w:rPr>
              <w:t xml:space="preserve"> </w:t>
            </w:r>
            <w:proofErr w:type="spellStart"/>
            <w:r w:rsidRPr="00E40B80">
              <w:rPr>
                <w:szCs w:val="28"/>
              </w:rPr>
              <w:t>остановки</w:t>
            </w:r>
            <w:proofErr w:type="spellEnd"/>
            <w:r w:rsidRPr="00E40B80">
              <w:rPr>
                <w:szCs w:val="28"/>
              </w:rPr>
              <w:t xml:space="preserve"> «</w:t>
            </w:r>
            <w:proofErr w:type="spellStart"/>
            <w:r w:rsidRPr="00E40B80">
              <w:rPr>
                <w:szCs w:val="28"/>
              </w:rPr>
              <w:t>Геологическая</w:t>
            </w:r>
            <w:proofErr w:type="spellEnd"/>
            <w:r w:rsidRPr="00E40B80">
              <w:rPr>
                <w:szCs w:val="28"/>
              </w:rPr>
              <w:t>»)</w:t>
            </w:r>
          </w:p>
        </w:tc>
      </w:tr>
      <w:tr w:rsidR="00101225" w:rsidRPr="003E7AD2" w14:paraId="63F5012A" w14:textId="77777777" w:rsidTr="00005FF1">
        <w:trPr>
          <w:jc w:val="center"/>
        </w:trPr>
        <w:tc>
          <w:tcPr>
            <w:tcW w:w="2012" w:type="dxa"/>
            <w:vAlign w:val="center"/>
          </w:tcPr>
          <w:p w14:paraId="09470253" w14:textId="43E6759F" w:rsidR="00101225" w:rsidRPr="00E40B80" w:rsidRDefault="00101225" w:rsidP="00DD2464">
            <w:pPr>
              <w:rPr>
                <w:b/>
                <w:lang w:val="ru-RU"/>
              </w:rPr>
            </w:pPr>
            <w:r w:rsidRPr="00E40B80">
              <w:t>10:</w:t>
            </w:r>
            <w:r w:rsidRPr="00E40B80">
              <w:rPr>
                <w:lang w:val="ru-RU"/>
              </w:rPr>
              <w:t>0</w:t>
            </w:r>
            <w:r w:rsidRPr="00E40B80">
              <w:t>0–1</w:t>
            </w:r>
            <w:r w:rsidRPr="00E40B80">
              <w:rPr>
                <w:lang w:val="ru-RU"/>
              </w:rPr>
              <w:t>0</w:t>
            </w:r>
            <w:r w:rsidRPr="00E40B80">
              <w:t>:</w:t>
            </w:r>
            <w:r w:rsidRPr="00E40B80">
              <w:rPr>
                <w:lang w:val="ru-RU"/>
              </w:rPr>
              <w:t>3</w:t>
            </w:r>
            <w:r w:rsidRPr="00E40B80">
              <w:t>0</w:t>
            </w:r>
          </w:p>
        </w:tc>
        <w:tc>
          <w:tcPr>
            <w:tcW w:w="7950" w:type="dxa"/>
            <w:vAlign w:val="center"/>
          </w:tcPr>
          <w:p w14:paraId="3A5DFAD0" w14:textId="77777777" w:rsidR="00101225" w:rsidRPr="00E40B80" w:rsidRDefault="00E40B80" w:rsidP="005B686D">
            <w:pPr>
              <w:rPr>
                <w:lang w:val="ru-RU"/>
              </w:rPr>
            </w:pPr>
            <w:proofErr w:type="spellStart"/>
            <w:r w:rsidRPr="00E40B80">
              <w:rPr>
                <w:lang w:val="ru-RU"/>
              </w:rPr>
              <w:t>Ямашевка</w:t>
            </w:r>
            <w:proofErr w:type="spellEnd"/>
            <w:r w:rsidRPr="00E40B80">
              <w:rPr>
                <w:lang w:val="ru-RU"/>
              </w:rPr>
              <w:t>: испытание грантом. Стоит ли игра свеч?</w:t>
            </w:r>
          </w:p>
          <w:p w14:paraId="3D3F0715" w14:textId="77777777" w:rsidR="00E40B80" w:rsidRPr="00E40B80" w:rsidRDefault="00E40B80" w:rsidP="005B686D">
            <w:pPr>
              <w:rPr>
                <w:lang w:val="ru-RU"/>
              </w:rPr>
            </w:pPr>
          </w:p>
          <w:p w14:paraId="0BC23981" w14:textId="77777777" w:rsidR="00E40B80" w:rsidRPr="00E40B80" w:rsidRDefault="00E40B80" w:rsidP="00E40B80">
            <w:pPr>
              <w:jc w:val="right"/>
              <w:rPr>
                <w:i/>
                <w:iCs/>
                <w:lang w:val="ru-RU"/>
              </w:rPr>
            </w:pPr>
            <w:r w:rsidRPr="00E40B80">
              <w:rPr>
                <w:i/>
                <w:iCs/>
                <w:lang w:val="ru-RU"/>
              </w:rPr>
              <w:t xml:space="preserve">Тагир Шарипов, </w:t>
            </w:r>
          </w:p>
          <w:p w14:paraId="5FB3EAEE" w14:textId="77777777" w:rsidR="00E40B80" w:rsidRPr="00E40B80" w:rsidRDefault="00E40B80" w:rsidP="00E40B80">
            <w:pPr>
              <w:jc w:val="right"/>
              <w:rPr>
                <w:i/>
                <w:iCs/>
                <w:lang w:val="ru-RU"/>
              </w:rPr>
            </w:pPr>
            <w:r w:rsidRPr="00E40B80">
              <w:rPr>
                <w:i/>
                <w:iCs/>
                <w:lang w:val="ru-RU"/>
              </w:rPr>
              <w:t xml:space="preserve">заместитель директора по проектной деятельности </w:t>
            </w:r>
          </w:p>
          <w:p w14:paraId="5130A49F" w14:textId="3524CC07" w:rsidR="00E40B80" w:rsidRPr="00E40B80" w:rsidRDefault="00E40B80" w:rsidP="00E40B80">
            <w:pPr>
              <w:jc w:val="right"/>
              <w:rPr>
                <w:i/>
                <w:iCs/>
                <w:lang w:val="ru-RU"/>
              </w:rPr>
            </w:pPr>
            <w:r w:rsidRPr="00E40B80">
              <w:rPr>
                <w:i/>
                <w:iCs/>
                <w:lang w:val="ru-RU"/>
              </w:rPr>
              <w:t xml:space="preserve">Библиотечной информационной системы, </w:t>
            </w:r>
          </w:p>
          <w:p w14:paraId="178297E9" w14:textId="77777777" w:rsidR="00E40B80" w:rsidRPr="00E40B80" w:rsidRDefault="00E40B80" w:rsidP="00E40B80">
            <w:pPr>
              <w:jc w:val="right"/>
              <w:rPr>
                <w:lang w:val="ru-RU"/>
              </w:rPr>
            </w:pPr>
            <w:r w:rsidRPr="00E40B80">
              <w:rPr>
                <w:i/>
                <w:iCs/>
                <w:lang w:val="ru-RU"/>
              </w:rPr>
              <w:t>г. Оренбург</w:t>
            </w:r>
          </w:p>
          <w:p w14:paraId="0430ECB1" w14:textId="080A7753" w:rsidR="00E40B80" w:rsidRPr="00E40B80" w:rsidRDefault="00E40B80" w:rsidP="00E40B80">
            <w:pPr>
              <w:jc w:val="right"/>
              <w:rPr>
                <w:lang w:val="ru-RU"/>
              </w:rPr>
            </w:pPr>
            <w:r w:rsidRPr="00BC50B9">
              <w:rPr>
                <w:i/>
                <w:iCs/>
                <w:color w:val="000000"/>
                <w:shd w:val="clear" w:color="auto" w:fill="FFFFFF"/>
                <w:lang w:val="ru-RU"/>
              </w:rPr>
              <w:t>(</w:t>
            </w:r>
            <w:r w:rsidRPr="00E40B80">
              <w:rPr>
                <w:i/>
                <w:iCs/>
                <w:color w:val="000000"/>
                <w:shd w:val="clear" w:color="auto" w:fill="FFFFFF"/>
                <w:lang w:val="ru-RU"/>
              </w:rPr>
              <w:t>онлайн)</w:t>
            </w:r>
          </w:p>
        </w:tc>
      </w:tr>
      <w:tr w:rsidR="00957EC4" w:rsidRPr="00A655EA" w14:paraId="5E281381" w14:textId="77777777" w:rsidTr="00005FF1">
        <w:trPr>
          <w:jc w:val="center"/>
        </w:trPr>
        <w:tc>
          <w:tcPr>
            <w:tcW w:w="2012" w:type="dxa"/>
            <w:vAlign w:val="center"/>
          </w:tcPr>
          <w:p w14:paraId="37A99A36" w14:textId="51E2E2FE" w:rsidR="00957EC4" w:rsidRPr="00A23FFD" w:rsidRDefault="00957EC4" w:rsidP="00DD2464">
            <w:pPr>
              <w:rPr>
                <w:b/>
                <w:lang w:val="ru-RU"/>
              </w:rPr>
            </w:pPr>
            <w:r w:rsidRPr="00E40B80">
              <w:t>10:</w:t>
            </w:r>
            <w:r w:rsidR="00101225" w:rsidRPr="00E40B80">
              <w:rPr>
                <w:lang w:val="ru-RU"/>
              </w:rPr>
              <w:t>3</w:t>
            </w:r>
            <w:r w:rsidRPr="00E40B80">
              <w:t>0–1</w:t>
            </w:r>
            <w:r w:rsidRPr="00E40B80">
              <w:rPr>
                <w:lang w:val="ru-RU"/>
              </w:rPr>
              <w:t>2</w:t>
            </w:r>
            <w:r w:rsidRPr="00E40B80">
              <w:t>:</w:t>
            </w:r>
            <w:r w:rsidR="00A23FFD">
              <w:rPr>
                <w:lang w:val="ru-RU"/>
              </w:rPr>
              <w:t>0</w:t>
            </w:r>
            <w:r w:rsidR="00D26AB4">
              <w:rPr>
                <w:lang w:val="ru-RU"/>
              </w:rPr>
              <w:t>0</w:t>
            </w:r>
          </w:p>
        </w:tc>
        <w:tc>
          <w:tcPr>
            <w:tcW w:w="7950" w:type="dxa"/>
            <w:vAlign w:val="center"/>
          </w:tcPr>
          <w:p w14:paraId="35546217" w14:textId="77777777" w:rsidR="00957EC4" w:rsidRPr="00E40B80" w:rsidRDefault="00957EC4" w:rsidP="00957EC4">
            <w:pPr>
              <w:rPr>
                <w:lang w:val="ru-RU"/>
              </w:rPr>
            </w:pPr>
            <w:r w:rsidRPr="00E40B80">
              <w:rPr>
                <w:lang w:val="ru-RU"/>
              </w:rPr>
              <w:t xml:space="preserve">Проектная лаборатория «Как написать проект с нуля: от идеи до заявки» </w:t>
            </w:r>
          </w:p>
          <w:p w14:paraId="24245E92" w14:textId="77777777" w:rsidR="006E2F8E" w:rsidRDefault="006E2F8E" w:rsidP="00D2323F">
            <w:pPr>
              <w:jc w:val="right"/>
              <w:rPr>
                <w:lang w:val="ru-RU"/>
              </w:rPr>
            </w:pPr>
          </w:p>
          <w:p w14:paraId="4585703E" w14:textId="4ADC8135" w:rsidR="00D2323F" w:rsidRDefault="00D2323F" w:rsidP="00D2323F">
            <w:pPr>
              <w:jc w:val="right"/>
              <w:rPr>
                <w:lang w:val="ru-RU"/>
              </w:rPr>
            </w:pPr>
            <w:r w:rsidRPr="00D26AB4">
              <w:rPr>
                <w:i/>
                <w:iCs/>
                <w:lang w:val="ru-RU"/>
              </w:rPr>
              <w:t xml:space="preserve">Оксана </w:t>
            </w:r>
            <w:proofErr w:type="spellStart"/>
            <w:r w:rsidRPr="00D26AB4">
              <w:rPr>
                <w:i/>
                <w:iCs/>
                <w:lang w:val="ru-RU"/>
              </w:rPr>
              <w:t>Галюта</w:t>
            </w:r>
            <w:proofErr w:type="spellEnd"/>
            <w:r w:rsidRPr="00A655EA">
              <w:rPr>
                <w:lang w:val="ru-RU"/>
              </w:rPr>
              <w:t>,</w:t>
            </w:r>
          </w:p>
          <w:p w14:paraId="72392A16" w14:textId="646470A4" w:rsidR="00D2323F" w:rsidRPr="00A655EA" w:rsidRDefault="00A655EA" w:rsidP="006E2F8E">
            <w:pPr>
              <w:jc w:val="right"/>
              <w:rPr>
                <w:i/>
                <w:iCs/>
                <w:lang w:val="ru-RU"/>
              </w:rPr>
            </w:pPr>
            <w:r w:rsidRPr="00A655EA">
              <w:rPr>
                <w:i/>
                <w:iCs/>
                <w:lang w:val="ru-RU"/>
              </w:rPr>
              <w:t>к</w:t>
            </w:r>
            <w:r w:rsidR="00D2323F" w:rsidRPr="00A655EA">
              <w:rPr>
                <w:i/>
                <w:iCs/>
                <w:lang w:val="ru-RU"/>
              </w:rPr>
              <w:t>андидат экономических наук,</w:t>
            </w:r>
          </w:p>
          <w:p w14:paraId="49B9DEFF" w14:textId="12F03B32" w:rsidR="00D2323F" w:rsidRPr="00A655EA" w:rsidRDefault="00A655EA" w:rsidP="006E2F8E">
            <w:pPr>
              <w:jc w:val="right"/>
              <w:rPr>
                <w:i/>
                <w:iCs/>
                <w:lang w:val="ru-RU"/>
              </w:rPr>
            </w:pPr>
            <w:r w:rsidRPr="00A655EA">
              <w:rPr>
                <w:i/>
                <w:iCs/>
                <w:lang w:val="ru-RU"/>
              </w:rPr>
              <w:t>д</w:t>
            </w:r>
            <w:r w:rsidR="00D2323F" w:rsidRPr="00A655EA">
              <w:rPr>
                <w:i/>
                <w:iCs/>
                <w:lang w:val="ru-RU"/>
              </w:rPr>
              <w:t xml:space="preserve">оцент </w:t>
            </w:r>
            <w:proofErr w:type="spellStart"/>
            <w:r w:rsidR="00D2323F" w:rsidRPr="00A655EA">
              <w:rPr>
                <w:i/>
                <w:iCs/>
                <w:lang w:val="ru-RU"/>
              </w:rPr>
              <w:t>СурГУ</w:t>
            </w:r>
            <w:proofErr w:type="spellEnd"/>
            <w:r w:rsidR="00D2323F" w:rsidRPr="00A655EA">
              <w:rPr>
                <w:i/>
                <w:iCs/>
                <w:lang w:val="ru-RU"/>
              </w:rPr>
              <w:t>,</w:t>
            </w:r>
          </w:p>
          <w:p w14:paraId="611FF047" w14:textId="77777777" w:rsidR="00A655EA" w:rsidRDefault="00D2323F" w:rsidP="006E2F8E">
            <w:pPr>
              <w:jc w:val="right"/>
              <w:rPr>
                <w:i/>
                <w:iCs/>
                <w:lang w:val="ru-RU"/>
              </w:rPr>
            </w:pPr>
            <w:r w:rsidRPr="00A655EA">
              <w:rPr>
                <w:i/>
                <w:iCs/>
                <w:lang w:val="ru-RU"/>
              </w:rPr>
              <w:t xml:space="preserve">эксперт </w:t>
            </w:r>
            <w:proofErr w:type="spellStart"/>
            <w:r w:rsidRPr="00A655EA">
              <w:rPr>
                <w:i/>
                <w:iCs/>
                <w:lang w:val="ru-RU"/>
              </w:rPr>
              <w:t>Росмолодёжь.Гранты</w:t>
            </w:r>
            <w:proofErr w:type="spellEnd"/>
            <w:r w:rsidR="00A655EA">
              <w:rPr>
                <w:i/>
                <w:iCs/>
                <w:lang w:val="ru-RU"/>
              </w:rPr>
              <w:t>,</w:t>
            </w:r>
          </w:p>
          <w:p w14:paraId="008DE21D" w14:textId="2151B6A0" w:rsidR="00957EC4" w:rsidRPr="00E40B80" w:rsidRDefault="00A655EA" w:rsidP="006E2F8E">
            <w:pPr>
              <w:jc w:val="right"/>
              <w:rPr>
                <w:i/>
                <w:iCs/>
                <w:lang w:val="ru-RU"/>
              </w:rPr>
            </w:pPr>
            <w:r w:rsidRPr="00E40B80">
              <w:rPr>
                <w:i/>
                <w:iCs/>
                <w:lang w:val="ru-RU"/>
              </w:rPr>
              <w:t>г.</w:t>
            </w:r>
            <w:r>
              <w:rPr>
                <w:i/>
                <w:iCs/>
                <w:lang w:val="ru-RU"/>
              </w:rPr>
              <w:t xml:space="preserve"> </w:t>
            </w:r>
            <w:r w:rsidRPr="00E40B80">
              <w:rPr>
                <w:i/>
                <w:iCs/>
                <w:lang w:val="ru-RU"/>
              </w:rPr>
              <w:t>Сургут</w:t>
            </w:r>
            <w:r w:rsidR="00D2323F" w:rsidRPr="00D2323F">
              <w:rPr>
                <w:i/>
                <w:iCs/>
                <w:lang w:val="ru-RU"/>
              </w:rPr>
              <w:t xml:space="preserve"> </w:t>
            </w:r>
          </w:p>
        </w:tc>
      </w:tr>
      <w:tr w:rsidR="00D26AB4" w:rsidRPr="003E7AD2" w14:paraId="25604366" w14:textId="77777777" w:rsidTr="00005FF1">
        <w:trPr>
          <w:jc w:val="center"/>
        </w:trPr>
        <w:tc>
          <w:tcPr>
            <w:tcW w:w="2012" w:type="dxa"/>
            <w:vAlign w:val="center"/>
          </w:tcPr>
          <w:p w14:paraId="50BDC525" w14:textId="738EF21F" w:rsidR="00D26AB4" w:rsidRPr="00D26AB4" w:rsidRDefault="00D26AB4" w:rsidP="00DD2464">
            <w:pPr>
              <w:rPr>
                <w:lang w:val="ru-RU"/>
              </w:rPr>
            </w:pPr>
            <w:r w:rsidRPr="00E40B80">
              <w:t>1</w:t>
            </w:r>
            <w:r>
              <w:rPr>
                <w:lang w:val="ru-RU"/>
              </w:rPr>
              <w:t>2</w:t>
            </w:r>
            <w:r w:rsidRPr="00E40B80">
              <w:t>:</w:t>
            </w:r>
            <w:r w:rsidR="00A23FFD">
              <w:rPr>
                <w:lang w:val="ru-RU"/>
              </w:rPr>
              <w:t>0</w:t>
            </w:r>
            <w:r w:rsidRPr="00E40B80">
              <w:t>0–1</w:t>
            </w:r>
            <w:r w:rsidRPr="00E40B80">
              <w:rPr>
                <w:lang w:val="ru-RU"/>
              </w:rPr>
              <w:t>2</w:t>
            </w:r>
            <w:r w:rsidRPr="00E40B80">
              <w:t>:</w:t>
            </w:r>
            <w:r w:rsidRPr="00E40B80">
              <w:rPr>
                <w:lang w:val="ru-RU"/>
              </w:rPr>
              <w:t>3</w:t>
            </w:r>
            <w:r w:rsidRPr="00E40B80">
              <w:t>0</w:t>
            </w:r>
          </w:p>
        </w:tc>
        <w:tc>
          <w:tcPr>
            <w:tcW w:w="7950" w:type="dxa"/>
            <w:vAlign w:val="center"/>
          </w:tcPr>
          <w:p w14:paraId="030350B9" w14:textId="4F1BD161" w:rsidR="00D26AB4" w:rsidRDefault="00A23FFD" w:rsidP="00957EC4">
            <w:pPr>
              <w:rPr>
                <w:lang w:val="ru-RU"/>
              </w:rPr>
            </w:pPr>
            <w:r>
              <w:rPr>
                <w:lang w:val="ru-RU"/>
              </w:rPr>
              <w:t>Фокус работы библиотек Сургутского района в 2027 году</w:t>
            </w:r>
          </w:p>
          <w:p w14:paraId="7A5F8209" w14:textId="77777777" w:rsidR="00A23FFD" w:rsidRDefault="00A23FFD" w:rsidP="00957EC4">
            <w:pPr>
              <w:rPr>
                <w:lang w:val="ru-RU"/>
              </w:rPr>
            </w:pPr>
          </w:p>
          <w:p w14:paraId="6E4A097C" w14:textId="50DF2565" w:rsidR="00A23FFD" w:rsidRPr="00E40B80" w:rsidRDefault="00A23FFD" w:rsidP="00A23FFD">
            <w:pPr>
              <w:jc w:val="righ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 xml:space="preserve">Линда </w:t>
            </w:r>
            <w:proofErr w:type="spellStart"/>
            <w:r>
              <w:rPr>
                <w:i/>
                <w:iCs/>
                <w:lang w:val="ru-RU"/>
              </w:rPr>
              <w:t>Болсун</w:t>
            </w:r>
            <w:proofErr w:type="spellEnd"/>
            <w:r w:rsidRPr="00E40B80">
              <w:rPr>
                <w:i/>
                <w:iCs/>
                <w:lang w:val="ru-RU"/>
              </w:rPr>
              <w:t>,</w:t>
            </w:r>
          </w:p>
          <w:p w14:paraId="295AC87E" w14:textId="0399E9A5" w:rsidR="00A23FFD" w:rsidRPr="00E40B80" w:rsidRDefault="00A23FFD" w:rsidP="00A23FFD">
            <w:pPr>
              <w:jc w:val="righ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заведующий информационно-аналитическим отделом</w:t>
            </w:r>
          </w:p>
          <w:p w14:paraId="1B40F0BD" w14:textId="7B6CFE07" w:rsidR="00A23FFD" w:rsidRPr="00E40B80" w:rsidRDefault="00A23FFD" w:rsidP="00A23FFD">
            <w:pPr>
              <w:jc w:val="right"/>
              <w:rPr>
                <w:lang w:val="ru-RU"/>
              </w:rPr>
            </w:pPr>
            <w:r w:rsidRPr="00E40B80">
              <w:rPr>
                <w:i/>
                <w:iCs/>
                <w:lang w:val="ru-RU"/>
              </w:rPr>
              <w:t>Ц</w:t>
            </w:r>
            <w:r w:rsidR="003E7AD2">
              <w:rPr>
                <w:i/>
                <w:iCs/>
                <w:lang w:val="ru-RU"/>
              </w:rPr>
              <w:t xml:space="preserve">ентральная районная библиотека </w:t>
            </w:r>
            <w:r w:rsidRPr="00E40B80">
              <w:rPr>
                <w:i/>
                <w:iCs/>
                <w:lang w:val="ru-RU"/>
              </w:rPr>
              <w:t>им. Г. А. Пирожникова</w:t>
            </w:r>
          </w:p>
        </w:tc>
      </w:tr>
      <w:tr w:rsidR="00101225" w:rsidRPr="00957EC4" w14:paraId="05F0514E" w14:textId="77777777" w:rsidTr="00005FF1">
        <w:trPr>
          <w:jc w:val="center"/>
        </w:trPr>
        <w:tc>
          <w:tcPr>
            <w:tcW w:w="2012" w:type="dxa"/>
            <w:vAlign w:val="center"/>
          </w:tcPr>
          <w:p w14:paraId="2EFF31C1" w14:textId="206E23BA" w:rsidR="00101225" w:rsidRDefault="00101225" w:rsidP="00DD2464">
            <w:r>
              <w:t>1</w:t>
            </w:r>
            <w:r>
              <w:rPr>
                <w:lang w:val="ru-RU"/>
              </w:rPr>
              <w:t>2</w:t>
            </w:r>
            <w:r>
              <w:t>:</w:t>
            </w:r>
            <w:r>
              <w:rPr>
                <w:lang w:val="ru-RU"/>
              </w:rPr>
              <w:t>3</w:t>
            </w:r>
            <w:r>
              <w:t>0–1</w:t>
            </w:r>
            <w:r>
              <w:rPr>
                <w:lang w:val="ru-RU"/>
              </w:rPr>
              <w:t>3</w:t>
            </w:r>
            <w:r>
              <w:t>:</w:t>
            </w:r>
            <w:r>
              <w:rPr>
                <w:lang w:val="ru-RU"/>
              </w:rPr>
              <w:t>0</w:t>
            </w:r>
            <w:r>
              <w:t>0</w:t>
            </w:r>
          </w:p>
        </w:tc>
        <w:tc>
          <w:tcPr>
            <w:tcW w:w="7950" w:type="dxa"/>
            <w:vAlign w:val="center"/>
          </w:tcPr>
          <w:p w14:paraId="0F247D87" w14:textId="77DCC759" w:rsidR="00101225" w:rsidRDefault="00101225" w:rsidP="00957EC4">
            <w:pPr>
              <w:rPr>
                <w:lang w:val="ru-RU"/>
              </w:rPr>
            </w:pPr>
            <w:proofErr w:type="spellStart"/>
            <w:r>
              <w:t>Кофе-пауза</w:t>
            </w:r>
            <w:proofErr w:type="spellEnd"/>
          </w:p>
        </w:tc>
      </w:tr>
      <w:tr w:rsidR="00676AED" w:rsidRPr="003E7AD2" w14:paraId="03DFC87E" w14:textId="77777777" w:rsidTr="00005FF1">
        <w:trPr>
          <w:jc w:val="center"/>
        </w:trPr>
        <w:tc>
          <w:tcPr>
            <w:tcW w:w="2012" w:type="dxa"/>
            <w:vAlign w:val="center"/>
          </w:tcPr>
          <w:p w14:paraId="21047499" w14:textId="5ED40521" w:rsidR="00676AED" w:rsidRDefault="00000000" w:rsidP="00DD2464">
            <w:r>
              <w:t>1</w:t>
            </w:r>
            <w:r w:rsidR="00101225">
              <w:rPr>
                <w:lang w:val="ru-RU"/>
              </w:rPr>
              <w:t>3</w:t>
            </w:r>
            <w:r>
              <w:t>:00–1</w:t>
            </w:r>
            <w:r w:rsidR="00101225">
              <w:rPr>
                <w:lang w:val="ru-RU"/>
              </w:rPr>
              <w:t>3</w:t>
            </w:r>
            <w:r>
              <w:t>:30</w:t>
            </w:r>
          </w:p>
        </w:tc>
        <w:tc>
          <w:tcPr>
            <w:tcW w:w="7950" w:type="dxa"/>
            <w:vAlign w:val="center"/>
          </w:tcPr>
          <w:p w14:paraId="42F9CAA4" w14:textId="77777777" w:rsidR="00676AED" w:rsidRPr="00AD50D9" w:rsidRDefault="00000000" w:rsidP="00DD2464">
            <w:pPr>
              <w:rPr>
                <w:lang w:val="ru-RU"/>
              </w:rPr>
            </w:pPr>
            <w:r w:rsidRPr="00AD50D9">
              <w:rPr>
                <w:lang w:val="ru-RU"/>
              </w:rPr>
              <w:t xml:space="preserve">Выезд из г. п. Белый Яр в г. п. </w:t>
            </w:r>
            <w:proofErr w:type="spellStart"/>
            <w:r w:rsidRPr="00AD50D9">
              <w:rPr>
                <w:lang w:val="ru-RU"/>
              </w:rPr>
              <w:t>Барсово</w:t>
            </w:r>
            <w:proofErr w:type="spellEnd"/>
          </w:p>
        </w:tc>
      </w:tr>
      <w:tr w:rsidR="00676AED" w:rsidRPr="003E7AD2" w14:paraId="02D91AE2" w14:textId="77777777" w:rsidTr="00005FF1">
        <w:trPr>
          <w:jc w:val="center"/>
        </w:trPr>
        <w:tc>
          <w:tcPr>
            <w:tcW w:w="2012" w:type="dxa"/>
            <w:vAlign w:val="center"/>
          </w:tcPr>
          <w:p w14:paraId="3B1B298B" w14:textId="519817CD" w:rsidR="00676AED" w:rsidRPr="00101225" w:rsidRDefault="00000000" w:rsidP="00DD2464">
            <w:pPr>
              <w:rPr>
                <w:lang w:val="ru-RU"/>
              </w:rPr>
            </w:pPr>
            <w:r>
              <w:t>1</w:t>
            </w:r>
            <w:r w:rsidR="00101225">
              <w:rPr>
                <w:lang w:val="ru-RU"/>
              </w:rPr>
              <w:t>3</w:t>
            </w:r>
            <w:r>
              <w:t>:30–1</w:t>
            </w:r>
            <w:r w:rsidR="00101225">
              <w:rPr>
                <w:lang w:val="ru-RU"/>
              </w:rPr>
              <w:t>5</w:t>
            </w:r>
            <w:r>
              <w:t>:00</w:t>
            </w:r>
          </w:p>
        </w:tc>
        <w:tc>
          <w:tcPr>
            <w:tcW w:w="7950" w:type="dxa"/>
            <w:vAlign w:val="center"/>
          </w:tcPr>
          <w:p w14:paraId="1C1593F0" w14:textId="6B1AD8DD" w:rsidR="00676AED" w:rsidRPr="00A655EA" w:rsidRDefault="00000000" w:rsidP="00DD2464">
            <w:pPr>
              <w:rPr>
                <w:lang w:val="ru-RU"/>
              </w:rPr>
            </w:pPr>
            <w:r w:rsidRPr="00AD50D9">
              <w:rPr>
                <w:lang w:val="ru-RU"/>
              </w:rPr>
              <w:t xml:space="preserve">Выездная профессиональная площадка. Экскурсия по </w:t>
            </w:r>
            <w:r w:rsidR="00A655EA">
              <w:rPr>
                <w:lang w:val="ru-RU"/>
              </w:rPr>
              <w:t>научно-производственному музейному центру</w:t>
            </w:r>
            <w:r w:rsidRPr="00AD50D9">
              <w:rPr>
                <w:lang w:val="ru-RU"/>
              </w:rPr>
              <w:t xml:space="preserve"> </w:t>
            </w:r>
            <w:r w:rsidRPr="00A655EA">
              <w:rPr>
                <w:lang w:val="ru-RU"/>
              </w:rPr>
              <w:t>«Барсова гора»</w:t>
            </w:r>
          </w:p>
        </w:tc>
      </w:tr>
      <w:tr w:rsidR="00DD2464" w:rsidRPr="003E7AD2" w14:paraId="080DF969" w14:textId="77777777" w:rsidTr="00005FF1">
        <w:trPr>
          <w:jc w:val="center"/>
        </w:trPr>
        <w:tc>
          <w:tcPr>
            <w:tcW w:w="2012" w:type="dxa"/>
            <w:vAlign w:val="center"/>
          </w:tcPr>
          <w:p w14:paraId="411DD38B" w14:textId="77777777" w:rsidR="00DD2464" w:rsidRDefault="00DD2464" w:rsidP="00DD2464">
            <w:r>
              <w:t>15:00</w:t>
            </w:r>
          </w:p>
        </w:tc>
        <w:tc>
          <w:tcPr>
            <w:tcW w:w="7950" w:type="dxa"/>
            <w:vAlign w:val="center"/>
          </w:tcPr>
          <w:p w14:paraId="30495350" w14:textId="79033B0A" w:rsidR="00DD2464" w:rsidRPr="009302CE" w:rsidRDefault="005B686D" w:rsidP="005B686D">
            <w:pPr>
              <w:rPr>
                <w:szCs w:val="28"/>
                <w:lang w:val="ru-RU"/>
              </w:rPr>
            </w:pPr>
            <w:r>
              <w:rPr>
                <w:lang w:val="ru-RU"/>
              </w:rPr>
              <w:t xml:space="preserve">Трансфер до </w:t>
            </w:r>
            <w:r w:rsidRPr="00957EC4">
              <w:rPr>
                <w:szCs w:val="28"/>
                <w:lang w:val="ru-RU"/>
              </w:rPr>
              <w:t>Ц</w:t>
            </w:r>
            <w:r w:rsidR="003E7AD2">
              <w:rPr>
                <w:szCs w:val="28"/>
                <w:lang w:val="ru-RU"/>
              </w:rPr>
              <w:t xml:space="preserve">ентральной районной библиотеки </w:t>
            </w:r>
            <w:r w:rsidRPr="00957EC4">
              <w:rPr>
                <w:szCs w:val="28"/>
                <w:lang w:val="ru-RU"/>
              </w:rPr>
              <w:t>им. Г. А. Пирожникова</w:t>
            </w:r>
          </w:p>
        </w:tc>
      </w:tr>
    </w:tbl>
    <w:p w14:paraId="48741DCC" w14:textId="6952BF40" w:rsidR="00DD2464" w:rsidRPr="00DD2464" w:rsidRDefault="00DD2464" w:rsidP="00AD50D9">
      <w:pPr>
        <w:spacing w:after="0" w:line="240" w:lineRule="auto"/>
        <w:rPr>
          <w:lang w:val="ru-RU"/>
        </w:rPr>
      </w:pPr>
      <w:r>
        <w:rPr>
          <w:lang w:val="ru-RU"/>
        </w:rPr>
        <w:t>*В программе возможны изменения</w:t>
      </w:r>
    </w:p>
    <w:sectPr w:rsidR="00DD2464" w:rsidRPr="00DD2464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3940857">
    <w:abstractNumId w:val="8"/>
  </w:num>
  <w:num w:numId="2" w16cid:durableId="1831828265">
    <w:abstractNumId w:val="6"/>
  </w:num>
  <w:num w:numId="3" w16cid:durableId="1115753262">
    <w:abstractNumId w:val="5"/>
  </w:num>
  <w:num w:numId="4" w16cid:durableId="720178716">
    <w:abstractNumId w:val="4"/>
  </w:num>
  <w:num w:numId="5" w16cid:durableId="1292132335">
    <w:abstractNumId w:val="7"/>
  </w:num>
  <w:num w:numId="6" w16cid:durableId="1506047604">
    <w:abstractNumId w:val="3"/>
  </w:num>
  <w:num w:numId="7" w16cid:durableId="1530024848">
    <w:abstractNumId w:val="2"/>
  </w:num>
  <w:num w:numId="8" w16cid:durableId="1603419540">
    <w:abstractNumId w:val="1"/>
  </w:num>
  <w:num w:numId="9" w16cid:durableId="991181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FF1"/>
    <w:rsid w:val="00034616"/>
    <w:rsid w:val="0006063C"/>
    <w:rsid w:val="001009AC"/>
    <w:rsid w:val="00101225"/>
    <w:rsid w:val="00134548"/>
    <w:rsid w:val="0015074B"/>
    <w:rsid w:val="0016685C"/>
    <w:rsid w:val="001F407F"/>
    <w:rsid w:val="00273729"/>
    <w:rsid w:val="0029639D"/>
    <w:rsid w:val="002C0B34"/>
    <w:rsid w:val="002D0344"/>
    <w:rsid w:val="002D1D71"/>
    <w:rsid w:val="00326F90"/>
    <w:rsid w:val="003B4CDD"/>
    <w:rsid w:val="003D2AAE"/>
    <w:rsid w:val="003E7AD2"/>
    <w:rsid w:val="0041457C"/>
    <w:rsid w:val="00500B20"/>
    <w:rsid w:val="00504F44"/>
    <w:rsid w:val="005B686D"/>
    <w:rsid w:val="005D3A8C"/>
    <w:rsid w:val="005E53C2"/>
    <w:rsid w:val="005F6B7D"/>
    <w:rsid w:val="00676AED"/>
    <w:rsid w:val="00694D1C"/>
    <w:rsid w:val="006D4C4D"/>
    <w:rsid w:val="006E2F8E"/>
    <w:rsid w:val="007B326C"/>
    <w:rsid w:val="00804503"/>
    <w:rsid w:val="00812E6B"/>
    <w:rsid w:val="00890069"/>
    <w:rsid w:val="008F1349"/>
    <w:rsid w:val="008F1710"/>
    <w:rsid w:val="009302CE"/>
    <w:rsid w:val="00957EC4"/>
    <w:rsid w:val="00A23FFD"/>
    <w:rsid w:val="00A413A1"/>
    <w:rsid w:val="00A655EA"/>
    <w:rsid w:val="00A94F57"/>
    <w:rsid w:val="00AA1D8D"/>
    <w:rsid w:val="00AD50D9"/>
    <w:rsid w:val="00AD619E"/>
    <w:rsid w:val="00B47730"/>
    <w:rsid w:val="00B80B3D"/>
    <w:rsid w:val="00BB55FA"/>
    <w:rsid w:val="00BC50B9"/>
    <w:rsid w:val="00BD29FE"/>
    <w:rsid w:val="00C504CA"/>
    <w:rsid w:val="00C76CC1"/>
    <w:rsid w:val="00CB0664"/>
    <w:rsid w:val="00D03258"/>
    <w:rsid w:val="00D2323F"/>
    <w:rsid w:val="00D26AB4"/>
    <w:rsid w:val="00DB58B3"/>
    <w:rsid w:val="00DD2464"/>
    <w:rsid w:val="00E40B80"/>
    <w:rsid w:val="00EB3FDB"/>
    <w:rsid w:val="00FA16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45F143"/>
  <w14:defaultImageDpi w14:val="300"/>
  <w15:docId w15:val="{4FD65714-2552-47E7-90A5-A6D2ADC8B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Заместитель директора</cp:lastModifiedBy>
  <cp:revision>7</cp:revision>
  <cp:lastPrinted>2026-09-22T08:52:00Z</cp:lastPrinted>
  <dcterms:created xsi:type="dcterms:W3CDTF">2026-09-25T04:33:00Z</dcterms:created>
  <dcterms:modified xsi:type="dcterms:W3CDTF">2026-09-30T04:33:00Z</dcterms:modified>
  <cp:category/>
</cp:coreProperties>
</file>